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Najvyššieho súdu SR sp. zn. 3Sžf/71/2015 z 13. 12. 2016</w:t>
      </w:r>
    </w:p>
    <w:p>
      <w:r>
        <w:t>Rozsudok Najvyššieho súdu SR z 13. decembra 2016, sp. zn. 3Sžf/71/2015, ECLI:SK:NSSR:2016:5014201094.1</w:t>
      </w:r>
    </w:p>
    <w:p>
      <w:r>
        <w:t>Súd: Najvyšší súd</w:t>
      </w:r>
    </w:p>
    <w:p>
      <w:r>
        <w:t>Spisová značka: 3Sžf/71/2015</w:t>
      </w:r>
    </w:p>
    <w:p>
      <w:r>
        <w:t>ECLI: ECLI:SK:NSSR:2016:5014201094.1</w:t>
      </w:r>
    </w:p>
    <w:p>
      <w:r>
        <w:t>Dátum vydania: 13. 12.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109663</w:t>
      </w:r>
    </w:p>
    <w:p/>
    <w:p>
      <w:r>
        <w:t>Zdroj: KAUZIS.SK – https://www.kauzis.sk/judikatura/r/ECLI:SK:NSSR:2016:5014201094.1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