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6Sžo/202/2015 z 26. 4. 2016</w:t>
      </w:r>
    </w:p>
    <w:p>
      <w:r>
        <w:t>Uznesenie Najvyššieho súdu SR z 26. apríla 2016, sp. zn. 6Sžo/202/2015, ECLI:SK:NSSR:2016:5015200314.1</w:t>
      </w:r>
    </w:p>
    <w:p>
      <w:r>
        <w:t>Súd: Najvyšší súd</w:t>
      </w:r>
    </w:p>
    <w:p>
      <w:r>
        <w:t>Spisová značka: 6Sžo/202/2015</w:t>
      </w:r>
    </w:p>
    <w:p>
      <w:r>
        <w:t>ECLI: ECLI:SK:NSSR:2016:5015200314.1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6Sžo/202/2015 Identifikačné číslo súdneho spisu: 5015200314 Dátum vydania rozhodnutia: 27. 04. 2016 Meno a priezvisko sudcu, VSÚ: JUDr. Alena Adamcová ECLI: ECLI:SK:NSSR:2016:5015200314.1 Uznesenie Najvyšší súd Slovenskej republiky v právnej veci navrhovateľa: POHOTOVOSŤ, s.r.o., so sídlom Pribinova 25, 811 09 Bratislava, IČO: 35 807 598, proti odporcovi: Okresný úrad Liptovský Mikuláš, katastrálny odbor, Kollárova 3, 031 01 Liptovský Mikuláš, za účasti: B. Z., bytom C., o opravnom prostriedku proti rozhodnutiu odporcu č. V 4765/2014 z 9. januára 2015, o odvolaní navrhovateľa proti rozsudku Krajského súdu v Žiline č. k. 22Sp/37/2015-23 z 31. júla 2015,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 4765/2014 z 9. januára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8. apríla 2016, doručeným Najvyššiemu súdu Slovenskej republiky dňa 15. apríla 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https://www.kauzis.sk/judikatura/r/ECLI:SK:NSSR:2016:5015200314.1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