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8Sžo/263/2015 z 30. 3. 2016</w:t>
      </w:r>
    </w:p>
    <w:p>
      <w:r>
        <w:t>Uznesenie Najvyššieho súdu SR z 30. marca 2016, sp. zn. 8Sžo/263/2015, ECLI:SK:NSSR:2016:5015200364.1</w:t>
      </w:r>
    </w:p>
    <w:p>
      <w:r>
        <w:t>Súd: Najvyšší súd</w:t>
      </w:r>
    </w:p>
    <w:p>
      <w:r>
        <w:t>Spisová značka: 8Sžo/263/2015</w:t>
      </w:r>
    </w:p>
    <w:p>
      <w:r>
        <w:t>ECLI: ECLI:SK:NSSR:2016:5015200364.1</w:t>
      </w:r>
    </w:p>
    <w:p>
      <w:r>
        <w:t>Dátum vydania: 30.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8Sžo/263/2015 Identifikačné číslo súdneho spisu: 5015200364 Dátum vydania rozhodnutia: 31. 03. 2016 Meno a priezvisko sudcu, VSÚ: JUDr. Jaroslava Fúrová ECLI: ECLI:SK:NSSR:2016:5015200364.1 Uznesenie Najvyšší súd Slovenskej republiky v právnej veci navrhovateľa : Okresná prokuratúra Žilina, so sídlom Moyzesova 20, Žilina, proti odporcovi : Mesto Žilina, so sídlom Námestie obetí komunizmu 1, Žilina, o preskúmanie zákonnosti Všeobecne záväzného nariadenia Mesta Žilina č. 2/2009 o podnikateľskej činnosti a určení času predaja v obchode a času prevádzky služieb na území Mesta Žilina, o odvolaní odporcu proti rozsudku Krajského súdu v Žiline č. k. 20S/82/2015-149 zo dňa 27.10.2015, jednohlasne, takto r o z h o d o l : Najvyšší súd Slovenskej republiky odvolacie konanie z a s t a v u j e . Žiaden z účastníkov nemá právo na náhradu trov odvolacieho konania. o d ô v o d n e n i e : Krajský súd v Žiline napadnutým rozsudkom vyslovil nesúlad článku 3 ods. 1 druhej časti, článku 5 ods. 4 písm. a/, ods. 5, článku 6, článku 8 tretej časti, článku 9 a článku 11 štvrtej časti Všeobecne záväzného nariadenia Mesta Žilina č. 2/2009 o podnikateľskej činnosti a určení času predaja v obchode a času prevádzky služieb na území Mesta Žilina s ust. § 4 ods. 3 písm. d/, i/ a § 6 ods. 1 zákona č. 369/1990 Zb. o obecnom zriadení, vo zvyšku návrh zamietol a zároveň rozhodol o trovách konania tak, že navrhovateľovi ich náhradu nepriznal. Proti tomuto rozsudku podal odporca v zákonnej lehote odvolanie. Podaním zo dňa 02.03.2016 doručeným Najvyššiemu súdu Slovenskej republiky dňa 09.03.2016 vzal odporca svoje odvolanie v celom rozsahu späť. Podľa § 207 ods. 2 Občianskeho súdneho poriadku (ďalej len „OSP“) dokiaľ o odvolaní nebolo rozhodnuté, možno ho vziať späť. Ak niekto vzal odvolanie späť, nemôže ho podať znova. Podľa § 207 ods. 3 OSP, ak sa odvolanie, o ktorom nebolo rozhodnuté, vzalo späť, odvolací súd odvolacie konanie zastaví. Vzhľadom na to, že k späťvzatiu odvolania došlo pred rozhodnutím odvolacieho súdu, Najvyšší súd Slovenskej republiky ako súd odvolací (§ 10 ods. 2 OSP) odvolacie konanie podľa vyššie citovaného ustanovenia § 207 ods. 3 OSP v spojení s § 246c ods. 1 vety prvej OSP zastavil. O náhrade trov odvolacieho konania rozhodol Najvyšší súd Slovenskej republiky podľa § 224 ods. 1 OSP v spojení s § 146 ods. 1 písm. c/ OSP a s použitím § 246c ods. 1 vety prvej OSP. Poučenie: Proti tomuto uzneseniu opravný prostriedok nie je prípustný.</w:t>
      </w:r>
    </w:p>
    <w:p/>
    <w:p>
      <w:r>
        <w:t>Zdroj: KAUZIS.SK – https://www.kauzis.sk/judikatura/r/ECLI:SK:NSSR:2016:5015200364.1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