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9Sžso/81/2014 z 21. 6. 2016</w:t>
      </w:r>
    </w:p>
    <w:p>
      <w:r>
        <w:t>Uznesenie Najvyššieho súdu SR z 21. júna 2016, sp. zn. 9Sžso/81/2014, ECLI:SK:NSSR:2016:6013201664.1</w:t>
      </w:r>
    </w:p>
    <w:p>
      <w:r>
        <w:t>Súd: Najvyšší súd</w:t>
      </w:r>
    </w:p>
    <w:p>
      <w:r>
        <w:t>Spisová značka: 9Sžso/81/2014</w:t>
      </w:r>
    </w:p>
    <w:p>
      <w:r>
        <w:t>ECLI: ECLI:SK:NSSR:2016:6013201664.1</w:t>
      </w:r>
    </w:p>
    <w:p>
      <w:r>
        <w:t>Dátum vydania: 21.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9Sžso/81/2014 Identifikačné číslo súdneho spisu: 6013201664 Dátum vydania rozhodnutia: 22. 06. 2016 Meno a priezvisko sudcu, VSÚ: JUDr. Viera Nevedelová ECLI: ECLI:SK:NSSR:2016:6013201664.1 Uznesenie Najvyšší súd Slovenskej republiky v právnej veci žalobcu: QSCert spol. s r. o., Strážska cesta 7892, Zvolen, IČO: 36 040 631, zastúpeného JUDr. Pavlom Halajom, advokátom so sídlom Nám. slobody 2, Revúca proti žalovanému: Úrad verejného zdravotníctva Slovenskej republiky, Trnavská cesta 52, Bratislava, P.O. BOX 45, o preskúmanie zákonnosti rozhodnutia žalovaného č. OLP/6359/2013 z 22. augusta 2013, o odvolaní žalobcu proti rozsudku Krajského súdu v Banskej Bystrici zo dňa 12.03.2014, č. k. 23S/309/2013-46, takto r o z h o d o l : Najvyšší súd odvolanie žalobcu o d m i e t a . Žiaden z účastníkov nemá právo na náhradu trov odvolacieho konania. o d ô v o d n e n i e : Krajský súd napadnutým rozsudkom zo dňa 12.03.2014, č. k. 23S/309/2013-46, v znení opravného uznesenia zo dňa 25.06.2014, č. k. 23S/309/2013-61, zamietol žalobu o preskúmanie rozhodnutia žalovaného č. OLP/6359/2013 zo dňa 22.08.2013 v spojení s rozhodnutím Regionálneho úradu verejného zdravotníctva so sídlom vo Zvolene č. 2013/807-610-Po zo dňa 02.07.2013. Proti rozsudku súdu prvého stupňa podal žalobca dňa 17. apríla 2014 odvolanie, v ktorom uviedol, že trvá na dôvodnosti podanej žaloby a podrobné odôvodnenie odvolania uvedie po doručení písomného vyhotovenia rozsudku a po oboznámení sa s jeho odôvodnením. Uznesením z 25. júna 2014, č. k. 23S/309/2013 - 62, krajský súd vyzval žalobcu na doplnenie odvolania, v lehote 10 dní, o chýbajúce náležitosti odvolania podľa § 205 ods. 1, ods. 2 O.s.p. Predmetné uznesenie, ktoré obsahovalo poučenie o následkoch neodstránenia vád odvolania, bolo právnemu zástupcovi žalobcu doručené do vlastných rúk 01. augusta 2014, žalobca však nereagoval a vady odvolania neodstránil. Najvyšší súd Slovenskej republiky prejednal odvolanie navrhovateľa bez nariadenia pojednávania podľa § 214 ods. 2 O.s.p. a dospel k záveru, že odvolanie je potrebné odmietnuť. Podľa § 209 ods. 1 O.s.p. súd prvého stupňa uznesením vyzve toho, kto podal odvolanie neobsahujúce náležitosti podľa § 205 ods. 1 a ods. 2, aby chýbajúce náležitosti doplnil, a poučí ho o následkoch neodstránenia vád odvolania podľa § 218 ods. 1 písm. d/. Ak sa aj napriek výzve súdu odvolanie nedoplní alebo ak ide o oneskorené odvolanie, alebo podané tým, kto naň nie je oprávnený, predloží súd prvého stupňa odvolanie na rozhodnutie odvolaciemu súdu. Podľa § 218 ods. 1 písm. d/ O.s.p. odvolací súd odmietne odvolanie, ktoré nemá náležitosti podľa § 205 ods. 1 a ods. 2; ak boli dodržané podmienky podľa § 209 ods. 1 a § 211 ods. 1. Z obsahu spisu vyplýva, že prvostupňový súd uznesením z 25. júna 2014 vyzval žalobcu, aby chýbajúce náležitosti odvolania, z obsahu ktorého nie je zrejmé v čom vidí nesprávnosť rozsudku krajského súdu a v akom rozsahu ho napadá, podľa § 205 ods. 1 a ods. 2 O.s.p. doplnil a súčasne ho poučil o následkoch neodstránenia vád odvolania podľa § 218 ods. 1 písm. d/ O.s.p. Žalobca, napriek výzve súdu svoje neúplné podanie - odvolanie zo 17. apríla 2014 nedoplnil a súd prvého stupňa predložil odvolanie žalobcu na rozhodnutie odvolaciemu súdu. Odvolací súd odvolanie žalobcu podľa citovaného ustanovenia § 218 ods. 1 písm. d/ O.s.p. odmietol, pretože žalobca na výzvu súdu, napriek poučeniu o následkoch neodstránenia vád odvolania, v stanovenej lehote 10 dní nereagoval a ani dodatočne svoje odvolanie nedoplnil. Účastníkom náhradu trov odvolacieho konania odvolací súd nepriznal, lebo v tomto konaní im žiadne trovy nevznikli. Poučenie: Proti tomuto uzneseniu nie je prípustný opravný prostriedok.</w:t>
      </w:r>
    </w:p>
    <w:p/>
    <w:p>
      <w:r>
        <w:t>Zdroj: KAUZIS.SK – https://www.kauzis.sk/judikatura/r/ECLI:SK:NSSR:2016:6013201664.1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