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8Sžo/10/2015 z 9. 2. 2016</w:t>
      </w:r>
    </w:p>
    <w:p>
      <w:r>
        <w:t>Uznesenie Najvyššieho súdu SR z 9. februára 2016, sp. zn. 8Sžo/10/2015, ECLI:SK:NSSR:2016:6014201115.1</w:t>
      </w:r>
    </w:p>
    <w:p>
      <w:r>
        <w:t>Súd: Najvyšší súd</w:t>
      </w:r>
    </w:p>
    <w:p>
      <w:r>
        <w:t>Spisová značka: 8Sžo/10/2015</w:t>
      </w:r>
    </w:p>
    <w:p>
      <w:r>
        <w:t>ECLI: ECLI:SK:NSSR:2016:6014201115.1</w:t>
      </w:r>
    </w:p>
    <w:p>
      <w:r>
        <w:t>Dátum vydania: 9. 2. 2016</w:t>
      </w:r>
    </w:p>
    <w:p>
      <w:r>
        <w:t>Forma: Uznesenie</w:t>
      </w:r>
    </w:p>
    <w:p>
      <w:pPr>
        <w:pStyle w:val="Heading2"/>
      </w:pPr>
      <w:r>
        <w:t>Text rozhodnutia</w:t>
      </w:r>
    </w:p>
    <w:p>
      <w:r>
        <w:t>Súd: Najvyšší súd Spisová značka: 8Sžo/10/2015 Identifikačné číslo súdneho spisu: 6014201115 Dátum vydania rozhodnutia: 10. 02. 2016 Meno a priezvisko sudcu, VSÚ: Mgr. Peter Melicher ECLI: ECLI:SK:NSSR:2016:6014201115.1 Uznesenie Najvyšší súd Slovenskej republiky v právnej veci navrhovateľa: POHOTOVOSŤ, s.r.o., Pribinova 25, Bratislava, IČO: 35 807 598, proti odporcovi: Okresný úrad Banská Štiavnica, katastrálny odbor, Križovatka 4, 969 01 Banská Štiavnica, za účasti: A., v konaní o preskúmanie zákonnosti rozhodnutia odporcu č. V-438/2014-24 zo dňa 23.07.2014, konajúc o odvolaní navrhovateľa proti rozsudku Krajského súdu v Banskej Bystrici č. k. 27Sp/43/2014-21 zo dňa 08.10.2014, takto r o z h o d o l : Najvyšší súd Slovenskej republiky odvolacie konanie z a s t a v u j e . Žiaden z účastníkov nemá právo na náhradu trov odvolacieho konania. o d ô v o d n e n i e : Napadnutým rozsudkom krajský súd potvrdil rozhodnutie č. V-438/2014-24 zo dňa 23.07.2014, ktorým odporca zamietol návrh na vklad záložného práva zo zmluvy zo dňa 07.05.2014, ktorú uzavrel navrhovateľ ako záložný veriteľ a A. ako záložca, zastúpený splnomocnencom ProHelp - združenie občianskoprávnej pomoci.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01.02.2016,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01.05.2011). Poučenie: Proti tomuto uzneseniu nie je prípustný opravný prostriedok.</w:t>
      </w:r>
    </w:p>
    <w:p/>
    <w:p>
      <w:r>
        <w:t>Zdroj: KAUZIS.SK – https://www.kauzis.sk/judikatura/r/ECLI:SK:NSSR:2016:6014201115.1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