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10Sžo/69/2015 z 12. 1. 2016</w:t>
      </w:r>
    </w:p>
    <w:p>
      <w:r>
        <w:t>Uznesenie Najvyššieho súdu SR z 12. januára 2016, sp. zn. 10Sžo/69/2015, ECLI:SK:NSSR:2016:6014201416.1</w:t>
      </w:r>
    </w:p>
    <w:p>
      <w:r>
        <w:t>Súd: Najvyšší súd</w:t>
      </w:r>
    </w:p>
    <w:p>
      <w:r>
        <w:t>Spisová značka: 10Sžo/69/2015</w:t>
      </w:r>
    </w:p>
    <w:p>
      <w:r>
        <w:t>ECLI: ECLI:SK:NSSR:2016:6014201416.1</w:t>
      </w:r>
    </w:p>
    <w:p>
      <w:r>
        <w:t>Dátum vydania: 12. 1.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Najvyšší súd Spisová značka: 10Sžo/69/2015 Identifikačné číslo súdneho spisu: 6014201416 Dátum vydania rozhodnutia: 13. 01. 2016 Meno a priezvisko sudcu, VSÚ: JUDr. Zuzana Ďurišová ECLI: ECLI:SK:NSSR:2016:6014201416.1 Uznesenie Najvyšší súd Slovenskej republiky, v právnej veci navrhovateľa: POHOTOVOSŤ, s.r.o., IČO: 35 807 598, Pribinova 25, Bratislava, proti odporcovi: Okresný úrad Zvolen, Študentská 12, 960 01 Zvolen, za účasti: B. N., narodený dňa XX.XX.XXXX, bytom Z., o preskúmanie zákonnosti rozhodnutia odporcu č. V-1995/2014 zo dňa 10.09.2014, konajúc o odvolaní navrhovateľa proti rozsudku Krajského súdu v Banskej Bystrici č. k. 28Sp/70/2014-20 zo dňa 09.12.2014, jednomyseľne, takto r o z h o d o l : Najvyšší súd Slovenskej republiky odvolacie konanie z a s t a v u j e . Žiaden z účastníkov n e m á p r á v o na náhradu trov odvolacieho konania. o d ô v o d n e n i e : Krajský súd v Banskej Bystrici rozsudkom č. k. 28Sp/70/2014-20 zo dňa 09.12.2014 potvrdil podľa § 250q ods. 2 zákona č. 99/1963 Zb. Občiansky súdny poriadok, v znení neskorších predpisov (ďalej len „O. s. p.“), rozhodnutie odporcu č. V-1995/2014 zo dňa 10.09.2014. Proti tomuto rozsudku podal navrhovateľ v zákonnej lehote odvolanie, ktoré písomným podaním zo dňa 02.12.2015, doručeným Najvyššiemu súdu Slovenskej republiky dňa 21.12.2015, vzal v celom rozsahu späť a žiadal, aby súd konanie zastavil a právo na náhradu trov nepriznal žiadnemu z účastníkov. Zákonom č. 180/2013 Z. z. o organizácii miestnej štátnej správy a o zmene a doplnení niektorých zákonov boli s účinnosťou od 01.10.2013 okrem iných zrušené aj správy katastra (§ 8 písm. e) zákona č. 180/2013 Z. z.), pričom v zmysle § 9 prešla ich pôsobnosť ustanovená osobitnými predpismi na okresné úrady. Podľa § 246c ods. 1 veta prvá O. s. p. pre riešenie otázok, ktoré nie sú priamo upravené v tejto časti, sa použijú primerane ustanovenia prvej, tretej a štvrtej časti tohto zákona. Podľa § 207 ods. 2 O. s. p. dokiaľ o odvolaní nebolo rozhodnuté, možno ho vziať späť. Ak niekto vzal odvolanie späť, nemôže ho podať znova. Podľa § 207 ods. 3 O. s. p. ak sa odvolanie, o ktorom nebolo rozhodnuté, vzalo späť, odvolací súd odvolacie konanie zastaví. Vzhľadom na to, že k späťvzatiu odvolania došlo pred rozhodnutím odvolacieho súdu, Najvyšší súd Slovenskej republiky, ako súd odvolací (§ 10 ods. 2 O. s. p.), odvolacie konanie podľa § 207 ods. 3 O. s. p. v spojení s § 246c ods. 1 veta prvá O. s. p. zastavil. O náhrade trov odvolacieho konania rozhodol Najvyšší súd Slovenskej republiky podľa § 224 ods. 1 O. s. p. v spojení s § 146 ods. 1 písm. c) O. s. p. a s použitím § 246c ods. 1 vety prvej O. s. p. Poučenie: Proti tomuto uzneseniu opravný prostriedok n i e j e prípustný.</w:t>
      </w:r>
    </w:p>
    <w:p/>
    <w:p>
      <w:r>
        <w:t>Zdroj: KAUZIS.SK – https://www.kauzis.sk/judikatura/r/ECLI:SK:NSSR:2016:6014201416.1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