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8Sžo/73/2015 z 8. 3. 2016</w:t>
      </w:r>
    </w:p>
    <w:p>
      <w:r>
        <w:t>Uznesenie Najvyššieho súdu SR z 8. marca 2016, sp. zn. 8Sžo/73/2015, ECLI:SK:NSSR:2016:6014201503.1</w:t>
      </w:r>
    </w:p>
    <w:p>
      <w:r>
        <w:t>Súd: Najvyšší súd</w:t>
      </w:r>
    </w:p>
    <w:p>
      <w:r>
        <w:t>Spisová značka: 8Sžo/73/2015</w:t>
      </w:r>
    </w:p>
    <w:p>
      <w:r>
        <w:t>ECLI: ECLI:SK:NSSR:2016:6014201503.1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8Sžo/73/2015 Identifikačné číslo súdneho spisu: 6014201503 Dátum vydania rozhodnutia: 09. 03. 2016 Meno a priezvisko sudcu, VSÚ: Mgr. Peter Melicher ECLI: ECLI:SK:NSSR:2016:6014201503.1 Uznesenie Najvyšší súd Slovenskej republiky v právnej veci navrhovateľa : POHOTOVOSŤ, s.r.o., so sídlom Pribinova 25, Bratislava, proti odporcovi : Okresný úrad Rimavská Sobota, katastrálny odbor, so sídlom Kraskova 2, Rimavská Sobota, za účasti: A., v konaní o opravnom prostriedku proti rozhodnutiu odporcu č. V 2172/2014 zo dňa 12. septembra 2014, o odvolaní navrhovateľa proti rozsudku Krajského súdu v Banskej Bystrici č. k. 23Sp/68/2014-16 zo dňa 21. januára 2015, jednohlasne, takto r o z h o d o l : Najvyšší súd Slovenskej republiky odvolacie konanie z a s t a v u j e . Žiaden z účastníkov nemá právo na náhradu trov odvolacieho konania. o d ô v o d n e n i e : Napadnutým rozsudkom Krajský súd v Banskej Bystrici potvrdil rozhodnutie Okresného úradu Rimavská Sobota č. V 2172/2014 zo dňa 12. septembra 2014, ktorým odporca zamietol návrh na vklad záložného práva zo zmluvy zo dňa 14. júla 2014, ktorú uzavrel navrhovateľ ako záložný veriteľ a A. ako záložca, zastúpená splnomocnencom Pro Help - združenie občianskoprávnej pomoci, Povraznícka 18, Bratislava, zastúpená predsedom Petrom Mamojkom, podľa ktorej predmetom zriadenia záložného práva sú nehnuteľnosti nachádzajúce sa v kat. území P., W., A. a M. Q.. Navrhovateľovi náhradu trov konania nepriznal a navrhovateľovi uložil povinnosť zaplatiť na účet Krajského súdu v Banskej Bystrici súdny poplatok v sume 35 €, do 3 dní odo dňa právoplatnosti rozsudku. Navrhovateľ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 doručeným Najvyššiemu súdu Slovenskej republiky dňa 22. mája 2015 vzal navrhovateľ odvolanie späť a žiadal konanie zastaviť. Podľa § 207 ods. 2, 3 O.s.p. dokiaľ o odvolaní nebolo rozhodnuté, možno ho vziať späť. Ak niekto vzal odvolanie späť, nemôže ho podať znova. Ak sa odvolanie o ktorom nebolo rozhodnuté, vzalo späť, odvolací súd odvolacie konanie zastaví. Keďže odvolanie bolo vzaté proti rozsudku späť skôr, ako by o ňom odvolací súd rozhodol, Najvyšší súd Slovenskej republiky ako súd odvolací (§ 10 ods. 2 O.s.p.) v súlade s § 207 ods. 3 O.s.p., odvolacie konanie zastavil. O náhrade trov odvolacieho konania odvolací súd rozhodol tak ako je uvedené vo výroku uznesenia podľa § 224 ods. 1 O.s.p. v spojení s § 146 ods. 1 písm. c/ O.s.p., keďže konanie bolo zastavené pre späťvzatie odvolania a odvolací súd nezistil dôvod pre postup podľa § 146 ods. 2 O.s.p. Poučenie: Proti tomuto uzneseniu nie je prípustný opravný prostriedok.</w:t>
      </w:r>
    </w:p>
    <w:p/>
    <w:p>
      <w:r>
        <w:t>Zdroj: KAUZIS.SK – https://www.kauzis.sk/judikatura/r/ECLI:SK:NSSR:2016:6014201503.1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