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2Sžo/98/2015 z 17. 5. 2016</w:t>
      </w:r>
    </w:p>
    <w:p>
      <w:r>
        <w:t>Uznesenie Najvyššieho súdu SR z 17. mája 2016, sp. zn. 2Sžo/98/2015, ECLI:SK:NSSR:2016:6014201671.1</w:t>
      </w:r>
    </w:p>
    <w:p>
      <w:r>
        <w:t>Súd: Najvyšší súd</w:t>
      </w:r>
    </w:p>
    <w:p>
      <w:r>
        <w:t>Spisová značka: 2Sžo/98/2015</w:t>
      </w:r>
    </w:p>
    <w:p>
      <w:r>
        <w:t>ECLI: ECLI:SK:NSSR:2016:6014201671.1</w:t>
      </w:r>
    </w:p>
    <w:p>
      <w:r>
        <w:t>Dátum vydania: 17. 5. 2016</w:t>
      </w:r>
    </w:p>
    <w:p>
      <w:r>
        <w:t>Forma: Uznesenie</w:t>
      </w:r>
    </w:p>
    <w:p>
      <w:pPr>
        <w:pStyle w:val="Heading2"/>
      </w:pPr>
      <w:r>
        <w:t>Text rozhodnutia</w:t>
      </w:r>
    </w:p>
    <w:p>
      <w:r>
        <w:t>Súd: Najvyšší súd Spisová značka: 2Sžo/98/2015 Identifikačné číslo súdneho spisu: 6014201671 Dátum vydania rozhodnutia: 18. 05. 2016 Meno a priezvisko sudcu, VSÚ: JUDr. Elena Kováčová ECLI: ECLI:SK:NSSR:2016:6014201671.1 Uznesenie Najvyšší súd Slovenskej republiky v právnej veci navrhovateľa: Pohotovosť, s.r.o., IČO: 35 807 598, so sídlom v Bratislave, Pribinova ul. č. 25, proti odporcovi: Okresný úrad Banská Štiavnica, katastrálny odbor, Križovatka 4, Banská Štiavnica, za účasti: E., o preskúmanie rozhodnutia odporcu z 10.11.2014, číslo V-665/2014, o odvolaní navrhovateľa proti rozsudku Krajského súdu v Banskej Bystrici z 03. marca 2015, č. k. 27Sp/62/2014-22, takto r o z h o d o l : Najvyšší súd Slovenskej republiky odvolacie konanie z a s t a v u j e . Žiaden z účastníkov nemá právo na náhradu trov odvolacieho konania. o d ô v o d n e n i e : Krajský súd v Banskej Bystrici rozsudkom z 03. marca 2015, č. k. 27Sp/62/2014-22, potvrdil rozhodnutie Okresného úradu Banská Štiavnica, Križovatka 4, Banská Štiavnica, z 10.11.2014, číslo V-665/2014, ktorým bol podľa § 31 ods. 3 zákona č. 162/1995 Z. z. o katastri nehnuteľností a o zápise vlastníckych a iných práv k nehnuteľnostiam v znení neskorších predpisov (katastrálny zákon) zamietnutý návrh na vklad záložného práva do katastra nehnuteľností podľa zmluvy o zriadení záložného práva uzavretej dňa 08. júla 2014, pretože bolo zistené, že zmluva bola neplatne uzavretá. Navrhovateľovi právo na náhradu trov konania nepriznal. Proti rozsudku krajského súdu podal navrhovateľ odvolanie, ktoré podaním zo 05. mája 2016, doručeným odvolaciemu súdu 09. mája 2016, vzal v celom rozsahu späť. Ak sa odvolanie, o ktorom nebolo rozhodnuté vzalo späť, odvolací súd odvolacie konanie zastaví (§ 207 ods. 3 OSP). Odvolací súd vzhľadom na účinné späťvzatie odvolania podľa § 207 ods. 2 OSP odvolacie konanie zastavil. Napadnutý rozsudok súdu prvého stupňa tým nadobudol právoplatnosť, ako keby odvolanie nebolo podané (§ 222 OSP). Vzhľadom na to, že odvolacie konanie bolo zastavené, Najvyšší súd Slovenskej republiky podľa § 224 ods. 1 OSP a § 146 ods. 1 písm. c/ OSP, žiadnemu z účastníkov nepriznal náhradu trov odvolacieho konania. Poučenie: Proti tomuto uzneseniu nie je prípustný opravný prostriedok.</w:t>
      </w:r>
    </w:p>
    <w:p/>
    <w:p>
      <w:r>
        <w:t>Zdroj: KAUZIS.SK – https://www.kauzis.sk/judikatura/r/ECLI:SK:NSSR:2016:6014201671.1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