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3Sžo/178/2015 z 3. 2. 2016</w:t>
      </w:r>
    </w:p>
    <w:p>
      <w:r>
        <w:t>Uznesenie Najvyššieho súdu SR z 3. februára 2016, sp. zn. 3Sžo/178/2015, ECLI:SK:NSSR:2016:6015200131.1</w:t>
      </w:r>
    </w:p>
    <w:p>
      <w:r>
        <w:t>Súd: Najvyšší súd</w:t>
      </w:r>
    </w:p>
    <w:p>
      <w:r>
        <w:t>Spisová značka: 3Sžo/178/2015</w:t>
      </w:r>
    </w:p>
    <w:p>
      <w:r>
        <w:t>ECLI: ECLI:SK:NSSR:2016:6015200131.1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3Sžo/178/2015 Identifikačné číslo súdneho spisu: 6015200131 Dátum vydania rozhodnutia: 04. 02. 2016 Meno a priezvisko sudcu, VSÚ: JUDr. Jozef Milučký ECLI: ECLI:SK:NSSR:2016:6015200131.1 Uznesenie Najvyšší súd Slovenskej republiky v právnej veci navrhovateľa: POHOTOVOSŤ, s.r.o., Pribinova 25, Bratislava, IČO: 35 807 598, proti odporcovi: Okresný úrad Poltár, katastrálny odbor, Železničná 5, Poltár, za účasti: N. G., N., o opravnom prostriedku proti rozhodnutiu odporcu č. V 790/14 zo dňa 11.11.2014, o odvolaní navrhovateľa proti rozsudku Krajského súdu v Banskej Bystrici č. k. 23Sp/9/2015-17 zo dňa 27. marca 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790/14 zo dňa 11.11.2014,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02.07.2015, doručeným Najvyššiemu súdu Slovenskej republiky dňa 08.07.2015,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https://www.kauzis.sk/judikatura/r/ECLI:SK:NSSR:2016:6015200131.1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