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2Sžo/156/2015 z 22. 8. 2016</w:t>
      </w:r>
    </w:p>
    <w:p>
      <w:r>
        <w:t>Uznesenie Najvyššieho súdu SR z 22. augusta 2016, sp. zn. 2Sžo/156/2015, ECLI:SK:NSSR:2016:6015200425.1</w:t>
      </w:r>
    </w:p>
    <w:p>
      <w:r>
        <w:t>Súd: Najvyšší súd</w:t>
      </w:r>
    </w:p>
    <w:p>
      <w:r>
        <w:t>Spisová značka: 2Sžo/156/2015</w:t>
      </w:r>
    </w:p>
    <w:p>
      <w:r>
        <w:t>ECLI: ECLI:SK:NSSR:2016:6015200425.1</w:t>
      </w:r>
    </w:p>
    <w:p>
      <w:r>
        <w:t>Dátum vydania: 22.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2Sžo/156/2015 Identifikačné číslo súdneho spisu: 6015200425 Dátum vydania rozhodnutia: 23. 08. 2016 Meno a priezvisko sudcu, VSÚ: JUDr. Elena Kováčová ECLI: ECLI:SK:NSSR:2016:6015200425.1 Uznesenie Najvyšší súd Slovenskej republiky v právnej veci navrhovateľa: POHOTOVOSŤ, s.r.o., Pribinova 25, Bratislava, IČO: 35 807 598, proti odporcovi: Okresný úrad Veľký Krtíš, katastrálny odbor, Komenského č. 3, Veľký Krtíš, za účasti W., o opravnom prostriedku proti rozhodnutiu odporcu č. V 1588/2014 zo dňa 22.01.2015, o odvolaní navrhovateľa proti rozsudku Krajského súdu v Banskej Bystrici č. k. 24Sp/23/2015-21 zo dňa 14.05.2015,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1588/2014 zo dňa 22.01.2015,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13.07.2016, doručeným Najvyššiemu súdu Slovenskej republiky dňa 19.07.2016, vzal v celom rozsahu späť a žiadal konanie zastaviť. Dňom 01. júla 2016 nadobudol účinnosť zákon č. 162/2015 Z. z. Správny súdny poriadok (ďalej len „SPS“) upravujúci v zmysle § 1 a) právomoc a príslušnosť správneho súdu konajúceho a rozhodujúceho v správnom súdnictve, b) konanie a postup správneho súdu, účastníkov konania a ďalších osôb v správnom súdnictve. Podľa § 492 ods. 2 SPS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https://www.kauzis.sk/judikatura/r/ECLI:SK:NSSR:2016:6015200425.1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