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5Sžr/3/2016 z 22. 8. 2016</w:t>
      </w:r>
    </w:p>
    <w:p>
      <w:r>
        <w:t>Uznesenie Najvyššieho súdu SR z 22. augusta 2016, sp. zn. 5Sžr/3/2016, ECLI:SK:NSSR:2016:6015200747.1</w:t>
      </w:r>
    </w:p>
    <w:p>
      <w:r>
        <w:t>Súd: Najvyšší súd</w:t>
      </w:r>
    </w:p>
    <w:p>
      <w:r>
        <w:t>Spisová značka: 5Sžr/3/2016</w:t>
      </w:r>
    </w:p>
    <w:p>
      <w:r>
        <w:t>ECLI: ECLI:SK:NSSR:2016:6015200747.1</w:t>
      </w:r>
    </w:p>
    <w:p>
      <w:r>
        <w:t>Dátum vydania: 22. 8. 2016</w:t>
      </w:r>
    </w:p>
    <w:p>
      <w:r>
        <w:t>Forma: Uznesenie</w:t>
      </w:r>
    </w:p>
    <w:p>
      <w:r>
        <w:t>Oblasť práva: Správne právo</w:t>
      </w:r>
    </w:p>
    <w:p>
      <w:pPr>
        <w:pStyle w:val="Heading2"/>
      </w:pPr>
      <w:r>
        <w:t>Text rozhodnutia</w:t>
      </w:r>
    </w:p>
    <w:p>
      <w:r>
        <w:t>Súd: Najvyšší súd Spisová značka: 5Sžr/3/2016 Identifikačné číslo súdneho spisu: 6015200747 Dátum vydania rozhodnutia: 23. 08. 2016 Meno a priezvisko sudcu, VSÚ: JUDr. Milan Morava ECLI: ECLI:SK:NSSR:2016:6015200747.1 Uznesenie Najvyšší súd Slovenskej republiky v právnej veci navrhovateľa: POHOTOVOSŤ, s.r.o. so sídlom v Bratislave, Pribinova 25, proti odporcovi: Okresný úrad Detva, katastrálny odbor, so sídlom Záhradná 12, Detva, za účasti: P. V., bytom S. - K. I. č. XXX, o preskúmanie zákonnosti rozhodnutia odporcu zo 17. marca 2015, č. V 1652/14-25, konajúc o odvolaní navrhovateľa proti rozsudku Krajského súdu v Banskej Bystrici zo 4. augusta 2015, č.k. 28Sp/46/2015-19, takto r o z h o d o l : Najvyšší súd Slovenskej republiky odvolacie konanie z a s t a v u j e . Žiaden z účastníkov n e m á p r á v o na náhradu trov odvolacieho konania. o d ô v o d n e n i e : Krajský súd v Banskej Bystrici (ďalej len „krajský súd“) rozsudkom zo 4. augusta 2015, č.k. 28Sp/46/2015-19, potvrdil napadnuté rozhodnutie, ktorým odporca zamietol návrh na vklad zmluvy o zriadení záložného práva na nehnuteľnostiach uzavretej medzi navrhovateľom ako záložným veriteľom a P. V. ako záložcom, č. 588/2014-ŠTE z 03.11.2014. Proti tomuto rozsudku krajského súdu podal v lehote ustanovenej zákonom (§ 204 ods. 1 v spojení s § 246c ods. 1 veta prvá, § 250l ods. 2 Občianskeho súdneho poriadku; ďalej len „OSP“) odvolanie navrhovateľ a žiadal jeho zmenu v zmysle podaného opravného prostriedku. Podaním doručeným najvyššiemu súdu 1. februára 2016, vzal navrhovateľ svoje odvolanie v celom rozsahu späť a žiadal, aby súd konanie zastavil a účastníkom konania náhradu jeho trov nepriznal.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Účastníkom náhradu trov odvolacieho konania nepriznal (§ 224 ods. 1, § 146 ods. 1 písm. c/ OSP v spojení s § 246c ods. 1 veta prvá, § 250l ods. 2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https://www.kauzis.sk/judikatura/r/ECLI:SK:NSSR:2016:6015200747.1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