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5Sžr/18/2016 z 27. 7. 2016</w:t>
      </w:r>
    </w:p>
    <w:p>
      <w:r>
        <w:t>Uznesenie Najvyššieho súdu SR z 27. júla 2016, sp. zn. 5Sžr/18/2016, ECLI:SK:NSSR:2016:6015200751.1</w:t>
      </w:r>
    </w:p>
    <w:p>
      <w:r>
        <w:t>Súd: Najvyšší súd</w:t>
      </w:r>
    </w:p>
    <w:p>
      <w:r>
        <w:t>Spisová značka: 5Sžr/18/2016</w:t>
      </w:r>
    </w:p>
    <w:p>
      <w:r>
        <w:t>ECLI: ECLI:SK:NSSR:2016:6015200751.1</w:t>
      </w:r>
    </w:p>
    <w:p>
      <w:r>
        <w:t>Dátum vydania: 27. 7. 2016</w:t>
      </w:r>
    </w:p>
    <w:p>
      <w:r>
        <w:t>Forma: Uznesenie</w:t>
      </w:r>
    </w:p>
    <w:p>
      <w:pPr>
        <w:pStyle w:val="Heading2"/>
      </w:pPr>
      <w:r>
        <w:t>Text rozhodnutia</w:t>
      </w:r>
    </w:p>
    <w:p>
      <w:r>
        <w:t>Súd: Najvyšší súd Spisová značka: 5Sžr/18/2016 Identifikačné číslo súdneho spisu: 6015200751 Dátum vydania rozhodnutia: 28. 07. 2016 Meno a priezvisko sudcu, VSÚ: JUDr. Milan Morava ECLI: ECLI:SK:NSSR:2016:6015200751.1 Uznesenie Najvyšší súd Slovenskej republiky v právnej veci navrhovateľa POHOTOVOSŤ, s.r.o. so sídlom v Bratislave, Pribinova 25, proti odporcovi Okresný úrad Žiar nad Hronom, katastrálny odbor, so sídlom ul. SNP 118, P.O. Box 79, 965 01 Žiar nad Hronom, za účasti: T. D. rod. F., bytom A., o preskúmanie zákonnosti rozhodnutia odporcu z 10. marca 2015, č.k. V-335/15, konajúc o odvolaní navrhovateľa proti rozsudku Krajského súdu v Banskej Bystrici z 23. júla 2015, č.k. 24Sp/45/2015-20, takto r o z h o d o l : Najvyšší súd Slovenskej republiky odvolacie konanie z a s t a v u j e . Žiaden z účastníkov n e m á p r á v o na náhradu trov odvolacieho konania. o d ô v o d n e n i e : Krajský súd v Banskej Bystrici (ďalej len „krajský súd“) rozsudkom z 23. júla 2015, č.k. 24Sp/45/2015-20, potvrdil napadnuté rozhodnutie, ktorým odporca zamietol návrh na vklad zmluvy o zriadení záložného práva na nehnuteľnostiach uzavretej medzi navrhovateľom ako záložným veriteľom a T. D. ako záložcom, č. 749/2014-RAČ z 29.12. 2014.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11. marca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https://www.kauzis.sk/judikatura/r/ECLI:SK:NSSR:2016:6015200751.1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