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8Sžr/3/2016 z 27. 4. 2016</w:t>
      </w:r>
    </w:p>
    <w:p>
      <w:r>
        <w:t>Uznesenie Najvyššieho súdu SR z 27. apríla 2016, sp. zn. 8Sžr/3/2016, ECLI:SK:NSSR:2016:6015201007.1</w:t>
      </w:r>
    </w:p>
    <w:p>
      <w:r>
        <w:t>Súd: Najvyšší súd</w:t>
      </w:r>
    </w:p>
    <w:p>
      <w:r>
        <w:t>Spisová značka: 8Sžr/3/2016</w:t>
      </w:r>
    </w:p>
    <w:p>
      <w:r>
        <w:t>ECLI: ECLI:SK:NSSR:2016:6015201007.1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8Sžr/3/2016 Identifikačné číslo súdneho spisu: 6015201007 Dátum vydania rozhodnutia: 28. 04. 2016 Meno a priezvisko sudcu, VSÚ: JUDr. Jaroslava Fúrová ECLI: ECLI:SK:NSSR:2016:6015201007.1 Uznesenie Najvyšší súd Slovenskej republiky v právnej veci navrhovateľa: POHOTOVOSŤ, s.r.o., so sídlom Pribinova 25, Bratislava, IČO: 35 807 598, proti odporcovi: Okresný úrad Zvolen, katastrálny odbor, Študentská 12, Zvolen, za účasti: T., o opravnom prostriedku proti rozhodnutiu odporcu č. V-868/2015 zo dňa 15.06.2015, o odvolaní navrhovateľa proti rozsudku Krajského súdu v Banskej Bystrici č. k. 27Sp/63/2015-19 zo dňa 29.09.2015,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V-868/2015 zo dňa 15.06.2015,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07.04.2016, doručeným Najvyššiemu súdu Slovenskej republiky dňa 11.04.2016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Toto rozhodnutie prijal Najvyšší súd Slovenskej republiky v senáte pomerom hlasov 3:0 (§ 3 ods. 9 zákona č. 757/2004 Z. 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https://www.kauzis.sk/judikatura/r/ECLI:SK:NSSR:2016:6015201007.1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