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7Sžr/25/2016 z 27. 7. 2016</w:t>
      </w:r>
    </w:p>
    <w:p>
      <w:r>
        <w:t>Uznesenie Najvyššieho súdu SR z 27. júla 2016, sp. zn. 7Sžr/25/2016, ECLI:SK:NSSR:2016:6015201282.1</w:t>
      </w:r>
    </w:p>
    <w:p>
      <w:r>
        <w:t>Súd: Najvyšší súd</w:t>
      </w:r>
    </w:p>
    <w:p>
      <w:r>
        <w:t>Spisová značka: 7Sžr/25/2016</w:t>
      </w:r>
    </w:p>
    <w:p>
      <w:r>
        <w:t>ECLI: ECLI:SK:NSSR:2016:6015201282.1</w:t>
      </w:r>
    </w:p>
    <w:p>
      <w:r>
        <w:t>Dátum vydania: 27. 7. 2016</w:t>
      </w:r>
    </w:p>
    <w:p>
      <w:r>
        <w:t>Forma: Uznesenie</w:t>
      </w:r>
    </w:p>
    <w:p>
      <w:r>
        <w:t>Oblasť práva: Správne právo</w:t>
      </w:r>
    </w:p>
    <w:p>
      <w:pPr>
        <w:pStyle w:val="Heading2"/>
      </w:pPr>
      <w:r>
        <w:t>Text rozhodnutia</w:t>
      </w:r>
    </w:p>
    <w:p>
      <w:r>
        <w:t>Súd: Najvyšší súd Spisová značka: 7Sžr/25/2016 Identifikačné číslo súdneho spisu: 6015201282 Dátum vydania rozhodnutia: 28. 07. 2016 Meno a priezvisko sudcu, VSÚ: JUDr. Zdenka Reisenauerová ECLI: ECLI:SK:NSSR:2016:6015201282.1 Uznesenie Najvyšší súd Slovenskej republiky v právnej veci navrhovateľa: POHOTOVOSŤ, s.r.o. so sídlom Pribinova 25, Bratislava, IČO: 35 807 598, proti odporcovi: Okresný úrad Lučenec, katastrálny odbor, so sídlom Ul. M. Rázusa 32, Lučenec, za účasti: P. H., bytom V.. XXX, v konaní o preskúmanie zákonnosti postupu a rozhodnutia odporcu zo dňa 24. augusta 2015, č. V 1043/15, o odvolaní navrhovateľa proti rozsudku Krajského súdu v Banskej Bystrici, č. k. 24Sp/73/2015-20 zo dňa 26. novembra 2015, takto r o z h o d o l : Najvyšší súd Slovenskej republiky odvolacie konanie z a s t a v u j e . Žiaden z účastníkov n e m á p r á v o na náhradu trov odvolacieho konania. o d ô v o d n e n i e : Krajský súd v Trnave rozsudkom, č. k. 24Sp/73/2015-20 zo dňa 26. novembra 2015 potvrdil rozhodnutie odporcu zo dňa 24. augusta 2015, č. V 1043/15. Náhradu trov konania navrhovateľovi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Lučenec, odbor katastrálny, zruší a vec mu vráti na ďalšie konanie. Uplatnil si náhradu trov konania. Navrhovateľ v priebehu odvolacieho konania pred rozhodnutím odvolacieho súdu písomným podaním doručeným súdu dňa 8. februára 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1. mája 2011). Poučenie: Proti tomuto uzneseniu n i e j e prípustný opravný prostriedok.</w:t>
      </w:r>
    </w:p>
    <w:p/>
    <w:p>
      <w:r>
        <w:t>Zdroj: KAUZIS.SK – https://www.kauzis.sk/judikatura/r/ECLI:SK:NSSR:2016:6015201282.1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