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8Sžr/50/2016 z 29. 11. 2016</w:t>
      </w:r>
    </w:p>
    <w:p>
      <w:r>
        <w:t>Uznesenie Najvyššieho súdu SR z 29. novembra 2016, sp. zn. 8Sžr/50/2016, ECLI:SK:NSSR:2016:6015201285.1</w:t>
      </w:r>
    </w:p>
    <w:p>
      <w:r>
        <w:t>Súd: Najvyšší súd</w:t>
      </w:r>
    </w:p>
    <w:p>
      <w:r>
        <w:t>Spisová značka: 8Sžr/50/2016</w:t>
      </w:r>
    </w:p>
    <w:p>
      <w:r>
        <w:t>ECLI: ECLI:SK:NSSR:2016:6015201285.1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8Sžr/50/2016 Identifikačné číslo súdneho spisu: 6015201285 Dátum vydania rozhodnutia: 30. 11. 2016 Meno a priezvisko sudcu, VSÚ: JUDr. Jaroslava Fúrová ECLI: ECLI:SK:NSSR:2016:6015201285.1 Uznesenie Najvyšší súd Slovenskej republiky v právnej veci navrhovateľa: POHOTOVOSŤ, s.r.o., so sídlom Pribinova 25, 811 09 Bratislava, IČO: 35 807 598, proti odporcovi: Okresný úrad Brezno, katastrálny odbor, so sídlom Brezenská 4, 977 01 Brezno, za účasti: R., o opravnom prostriedku proti rozhodnutiu odporcu č. V 320/2014 zo dňa 27.05.2015, o odvolaní navrhovateľa proti rozsudku Krajského súdu v Banskej Bystrici č. k. 27Sp/74/2015-23 zo dňa 24.11.2015,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320/2014 zo dňa 27.05.2015,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11.11.2016, doručeným Najvyššiemu súdu Slovenskej republiky dňa 21.11.2016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https://www.kauzis.sk/judikatura/r/ECLI:SK:NSSR:2016:6015201285.1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