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5Sžr/51/2016 z 12. 9. 2016</w:t>
      </w:r>
    </w:p>
    <w:p>
      <w:r>
        <w:t>Uznesenie Najvyššieho súdu SR z 12. septembra 2016, sp. zn. 5Sžr/51/2016, ECLI:SK:NSSR:2016:6015201311.2</w:t>
      </w:r>
    </w:p>
    <w:p>
      <w:r>
        <w:t>Súd: Najvyšší súd</w:t>
      </w:r>
    </w:p>
    <w:p>
      <w:r>
        <w:t>Spisová značka: 5Sžr/51/2016</w:t>
      </w:r>
    </w:p>
    <w:p>
      <w:r>
        <w:t>ECLI: ECLI:SK:NSSR:2016:6015201311.2</w:t>
      </w:r>
    </w:p>
    <w:p>
      <w:r>
        <w:t>Dátum vydania: 12. 9. 2016</w:t>
      </w:r>
    </w:p>
    <w:p>
      <w:r>
        <w:t>Forma: Uznesenie</w:t>
      </w:r>
    </w:p>
    <w:p>
      <w:pPr>
        <w:pStyle w:val="Heading2"/>
      </w:pPr>
      <w:r>
        <w:t>Text rozhodnutia</w:t>
      </w:r>
    </w:p>
    <w:p>
      <w:r>
        <w:t>Súd: Najvyšší súd Spisová značka: 5Sžr/51/2016 Identifikačné číslo súdneho spisu: 6015201311 Dátum vydania rozhodnutia: 13. 09. 2016 Meno a priezvisko sudcu, VSÚ: JUDr. Milan Morava ECLI: ECLI:SK:NSSR:2016:6015201311.2 Uznesenie Najvyšší súd Slovenskej republiky v právnej veci navrhovateľa: POHOTOVOSŤ, s.r.o. so sídlom v Bratislave, Pribinova 25, proti odporcovi: Okresný úrad Poltár, katastrálny odbor, so sídlom Železničná 5, Poltár, za účasti: Z. D., bytom K., o preskúmanie zákonnosti rozhodnutia odporcu zo 17. augusta 2015, č. V-534/2015, konajúc o odvolaní navrhovateľa proti rozsudku Krajského súdu v Banskej Bystrici zo 14. decembra 2015, č.k. 29Sp/4/2015-18, v spojení s opravným uznesením zo 7. marca 2016, č.k.29Sp/4/2015-40, takto r o z h o d o l : Najvyšší súd Slovenskej republiky odvolacie konanie z a s t a v u j e . Žiaden z účastníkov n e m á p r á v o na náhradu trov odvolacieho konania. o d ô v o d n e n i e : Krajský súd v Banskej Bystrici (ďalej len „krajský súd“) rozsudkom zo 14. decembra 2015, č.k. 29Sp/4/2015-18, v spojení s opravným uznesením č.k. 29Sp/4/2015-40 zo 7. marca 2016, potvrdil napadnuté rozhodnutie, ktorým odporca zamietol návrh na vklad zmluvy o zriadení záložného práva na nehnuteľnostiach uzavretej medzi navrhovateľom ako záložným veriteľom a Z. D. ako záložcom č. 190/2015-Šte z 20.05.2015.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12. augusta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https://www.kauzis.sk/judikatura/r/ECLI:SK:NSSR:2016:6015201311.2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