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4Sžr/86/2016 z 3. 10. 2016</w:t>
      </w:r>
    </w:p>
    <w:p>
      <w:r>
        <w:t>Uznesenie Najvyššieho súdu SR z 3. októbra 2016, sp. zn. 4Sžr/86/2016, ECLI:SK:NSSR:2016:6016200344.1</w:t>
      </w:r>
    </w:p>
    <w:p>
      <w:r>
        <w:t>Súd: Najvyšší súd</w:t>
      </w:r>
    </w:p>
    <w:p>
      <w:r>
        <w:t>Spisová značka: 4Sžr/86/2016</w:t>
      </w:r>
    </w:p>
    <w:p>
      <w:r>
        <w:t>ECLI: ECLI:SK:NSSR:2016:6016200344.1</w:t>
      </w:r>
    </w:p>
    <w:p>
      <w:r>
        <w:t>Dátum vydania: 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4Sžr/86/2016 Identifikačné číslo súdneho spisu: 6016200344 Dátum vydania rozhodnutia: 04. 10. 2016 Meno a priezvisko sudcu, VSÚ: JUDr. Jana Zemková ECLI: ECLI:SK:NSSR:2016:6016200344.1 Uznesenie Najvyšší súd Slovenskej republiky v právnej veci navrhovateľa: POHOTOVOSŤ, s.r.o., so sídlom Pribinova 25, Bratislava, IČO: 35 807 598, proti odporcovi: Okresný úrad Zvolen, katastrálny odbor, so sídlom Študentská 12, Zvolen, za účasti: F.K., bytom F., v konaní o preskúmanie rozhodnutia odporcu č. V-3190/2015 zo dňa 4. januára 2016, konajúc o odvolaní navrhovateľa proti rozsudku Krajského súdu v Banskej Bystrici č.k. 27Sp/8/2016-20 zo dňa 26. apríla 2016, takto r o z h o d o l : Najvyšší súd Slovenskej republiky odvolacie konanie z a s t a v u j e . Žiaden z účastníkov n e m á p r á v o na náhradu trov odvolacieho konania. o d ô v o d n e n i e : 1. Rozsudkom krajského súdu bolo potvrdené rozhodnutie odporcu, ktorým zamietol návrh na vklad zmluvy o zriadení záložného práva uzavretej medzi navrhovateľom a F.K.. 2. Proti rozsudku krajského súdu podal včas navrhovateľ odvolanie, ktoré bolo predložené na rozhodnutie Najvyššiemu súdu SR. 3. Pred rozhodnutím o odvolaní, vzal navrhovateľ svoje odvolanie podaním zo dňa 9. septembra 2016 späť a žiadal konanie zastaviť bez priznania práva účastníkom na náhradu trov konania. 4. Podľa § 246c ods. 1 Občianskeho súdneho poriadku (ďalej len O.s.p.) pre riešenie otázok, ktoré nie sú upravené priamo v tejto časti, sa použijú primerane ustanovenia prvej, tretej a štvrtej časti tohto zákona. 5. Podľa § 207 ods. 3 O.s.p. ak sa odvolanie, o ktorom nebolo rozhodnuté, vzalo späť, odvolací súd odvolacie konanie zastaví. 6. Podľa citovaných ustanovení O.s.p. - § 246c ods. 1 O.s.p. v spojení s § 207 ods. 3 O.s.p., odvolací súd konanie zastavil. 7. Podľa § 492 ods. 2 zákona NR SR č. 162/2015 Z.z. Správneho súdneho poriadku odvolacie konania podľa piatej časti O.s.p. začaté predo dňom nadobudnutia účinnosti tohto zákona sa dokončia podľa doterajších predpisov. 8. O trovách odvolacieho konania súd rozhodol tak, že účastníkom nepriznal náhradu trov konania s poukazom na § 246c ods. 1 O.s.p. v spojení s § 224 ods. 1 O.s.p. a § 146 ods. 1 písm. c/ O.s.p. Poučenie: Proti tomuto uzneseniu n i e j e prípustný opravný prostriedok.</w:t>
      </w:r>
    </w:p>
    <w:p/>
    <w:p>
      <w:r>
        <w:t>Zdroj: KAUZIS.SK – https://www.kauzis.sk/judikatura/r/ECLI:SK:NSSR:2016:6016200344.1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