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18XCdo/179/2016 z 8. 8. 2016</w:t>
      </w:r>
    </w:p>
    <w:p>
      <w:r>
        <w:t>Uznesenie Najvyššieho súdu SR z 8. augusta 2016, sp. zn. 18XCdo/179/2016, ECLI:SK:NSSR:2016:6712215500.2</w:t>
      </w:r>
    </w:p>
    <w:p>
      <w:r>
        <w:t>Súd: Najvyšší súd</w:t>
      </w:r>
    </w:p>
    <w:p>
      <w:r>
        <w:t>Spisová značka: 18XCdo/179/2016</w:t>
      </w:r>
    </w:p>
    <w:p>
      <w:r>
        <w:t>ECLI: ECLI:SK:NSSR:2016:6712215500.2</w:t>
      </w:r>
    </w:p>
    <w:p>
      <w:r>
        <w:t>Dátum vydania: 8. 8. 2016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Najvyšší súd Spisová značka: 18XCdo/179/2016 Identifikačné číslo súdneho spisu: 6712215500 Dátum vydania rozhodnutia: 09. 08. 2016 Meno a priezvisko sudcu, VSÚ: JUDr. Lenka Praženková ECLI: ECLI:SK:NSSR:2016:6712215500.2 Uznesenie Najvyšší súd Slovenskej republiky v právnej veci žalobcu: POHOTOVOSŤ, s. r. o., so sídlom Pribinova 25, 811 09 Bratislava, IČO: 35 807 598, zastúpeného advokátskou kanceláriou Fridrich Paľko, s. r. o., so sídlom Grösslingova 4, 811 09 Bratislava, IČO: 36 864 421, proti žalovanej: Slovenskej republike, za ktorú koná Ministerstvo spravodlivosti Slovenskej republiky, so sídlom Župné námestie 13, 814 90 Bratislava, o náhradu majetkovej škody a nemajetkovej ujmy, vedenej na Okresnom súde Zvolen pod sp. zn. 6C/210/2012, o dovolaniach žalobcu proti uzneseniu Krajského súdu v Banskej Bystrici zo dňa 25. apríla 2014, č. k. 14Co/205/2014-171 a proti uzneseniu Krajského súdu v Banskej Bystrici z 25. mája 2015, č. k. 13Co/171/2015-291, takto r o z h o d o l : I. Dovolanie proti uzneseniu Krajského súdu v Banskej Bystrici zo dňa 25. apríla 2014, č. k. 14Co/205/2014-171 o d m i e t a . II. Dovolanie proti uzneseniu Krajského súdu v Banskej Bystrici zo dňa 25. mája 2015, č. k. 13Co/171/2015-291 o d m i e t a . III. Žalovaná m á n á r o k na náhradu trov dovolacieho konania. o d ô v o d n e n i e : 1. Uznesením z 25. apríla 2014, sp. zn. 14Co/205/2014, Krajský súd v Banskej Bystrici potvrdil odvolaním napadnuté uznesenie Okresného súdu Zvolen z 11. júna 2013, č. k. 6C/210/2012-17, ktorým žalobcovi uložil povinnosť zaplatiť súdny poplatok za vznesenie námietky zaujatosti vo výške 726 eur (11 x 66 eur). Uznesením z 25. mája 2015, sp. zn. 13Co/171/2015, Krajský súd v Banskej Bystrici potvrdil odvolaním napadnuté uznesenie Okresného súdu Zvolen z 21. novembra 2014, č. k. 6C/210/2012-258, ktorým žalobcovi uložil povinnosť zaplatiť súdny poplatok za odvolanie proti rozsudku vo výške 20 eur. 2. Uvedené uznesenia odvolacieho súdu napadol žalobca dovolaniami, v ktorých žiadal rozhodnutia súdov nižšej inštancie zrušiť a vec vrátiť súdu prvej inštancie na ďalšie konanie. 3. Najvyšší súd Slovenskej republiky (ďalej tiež „najvyšší súd“) ako súd dovolací [§ 35 zákona č. 160/2015 Z. z. Civilný sporový poriadok (ďalej len „C. s. p.“)], po zistení, že dovolania podal včas a riadne zastúpený dovolateľ, bez nariadenia pojednávania (§ 443 C. s. p.) dospel k záveru, že podané dovolania je potrebné odmietnuť. 4. Podľa ustanovenia § 470 ods. 1 C. s. p., ktorý nadobudol účinnosť 01. júla 2016, platí, že ak nie je ustanovené inak, platí tento zákon aj na konania začaté predo dňom nadobudnutia jeho účinnosti. Podľa § 470 ods. 2 veta prvá C. s. p., právne účinky úkonov, ktoré v konaní nastali predo dňom nadobudnutia účinnosti tohto zákona, zostávajú zachované. Vzhľadom k tomu, že dovolanie bolo podané pred 01. júlom 2016, (t. j. za účinnosti O. s. p.) dovolací súd postupoval v zmysle ust. § 470 ods. 2 C. s. p. a prípustnosť dovolania posudzoval v zmysle ust. § 236, § 237 ods. 1 a § 239 O. s. p. 5. Na odôvodnenie svojho záveru dovolací súd v zmysle § 451 ods. 3 C. s. p. uvádza, že nakoľko ide o dovolanie podané žalobcom v obdobnej veci, aká už bola v počte aspoň päť predmetom konania pred dovolacím súdom na základe skoršieho dovolania toho istého dovolateľa: vo vzťahu k súdnemu poplatku za námietku zaujatosti porovnaj konania vedené na najvyššom súde pod sp. zn. 1Cdo/122/2014, 1Cdo/128/2014, 2Cdo/328/2013, 2Cdo/6/2014, 2Cdo/271/2014, 3Cdo/31/2013, 3Cdo/136/2013, 3Cdo/226/2014, 4Cdo/229/2014, 5Cdo/8/2014, 6Cdo/8/2014, 7Cdo/368/2014 a vo vzťahu k súdnemu poplatku za odvolanie porovnaj konania vedené na najvyššom súde pod sp. zn. 2Cdo/280/2014, 3Cdo/180/2014, 4Cdo/361/2014, 4Cdo/366/2014, 5Cdo/180/2014, 6Cdo/69/2014, 6Cdo/221/2014, 7Cdo/466/2014, 8Cdo/235/2014. Dovolací súd sa s odôvodneniami rozhodnutí, ktoré boli vydané v týchto konaniach, v celom rozsahu stotožňuje a poukazuje na ne. V zmysle § 452 ods. 1 C. s. p. už ďalšie dôvody neuvádza. 6. So zreteľom na vyššie uvedené preto dovolací súd dovolania žalobcu podľa § 447 písm. c/ C. s. p. ako procesne neprípustné odmietol bez toho, aby sa zaoberal dôvodnosťou podaných dovolaní. 7. Rozhodnutie o nároku na náhradu trov dovolacieho konania najvyšší súd neodôvodňuje (§ 451 ods. 3 veta druhá C. s. p.). O výške náhrady trov konania žalovanej rozhodne súd prvej inštancie (§ 262 ods. 2 C. s. p.). 8. Toto rozhodnutie prijal senát Najvyššieho súdu Slovenskej republiky pomerom hlasov 3 : 0. Poučenie: Proti tomuto uzneseniu nie je prípustný opravný prostriedok.</w:t>
      </w:r>
    </w:p>
    <w:p/>
    <w:p>
      <w:r>
        <w:t>Zdroj: KAUZIS.SK – https://www.kauzis.sk/judikatura/r/ECLI:SK:NSSR:2016:6712215500.2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