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10Sžo/103/2015 z 23. 8. 2016</w:t>
      </w:r>
    </w:p>
    <w:p>
      <w:r>
        <w:t>Uznesenie Najvyššieho súdu SR z 23. augusta 2016, sp. zn. 10Sžo/103/2015, ECLI:SK:NSSR:2016:7013200765.1</w:t>
      </w:r>
    </w:p>
    <w:p>
      <w:r>
        <w:t>Súd: Najvyšší súd</w:t>
      </w:r>
    </w:p>
    <w:p>
      <w:r>
        <w:t>Spisová značka: 10Sžo/103/2015</w:t>
      </w:r>
    </w:p>
    <w:p>
      <w:r>
        <w:t>ECLI: ECLI:SK:NSSR:2016:7013200765.1</w:t>
      </w:r>
    </w:p>
    <w:p>
      <w:r>
        <w:t>Dátum vydania: 23.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10Sžo/103/2015 Identifikačné číslo súdneho spisu: 7013200765 Dátum vydania rozhodnutia: 24. 08. 2016 Meno a priezvisko sudcu, VSÚ: JUDr. Elena Berthotyová ECLI: ECLI:SK:NSSR:2016:7013200765.1 Uznesenie Najvyšší súd Slovenskej republiky v právnej veci žalobcu: Centrum ekologických informácií, so sídlom Suché Mýto 19, 811 03 Bratislava, IČO: 42 268 559, právne zastúpený: Bardáč s. r. o., advokátska kancelária, so sídlom Lovinského 22, 811 04 Bratislava, proti žalovanému: Mestská časť Košice - Krásna, so sídlom Opátska 18, 040 18 Košice - Krásna, o preskúmanie zákonnosti fiktívneho rozhodnutia žalovaného doručeného žalobcovi dňa 08.04.2013 a jeho odvolacieho fiktívneho rozhodnutia doručeného žalobcovi dňa 07.05.2013, na odvolanie žalobcu proti uzneseniu Krajského súdu v Košiciach č. k. 6S/132/2013-62 zo dňa 18.12.2014, takto r o z h o d o l : Najvyšší súd Slovenskej republiky odvolacie konanie z a s t a v u j e . Žiaden z účastníkov n e m á p r á v o na náhradu trov odvolacieho konania. o d ô v o d n e n i e : Napadnutým uznesením Krajský súd v Košiciach konanie o preskúmanie zákonnosti fiktívneho rozhodnutia žalovaného podľa § 104 ods. 1 O.s.p. zastavil, pretože konaniu a rozhodnutiu vo veci bránila neodstrániteľná prekážka konania, ktorou je nedostatok právomocí súdu na preskúmanie neexistujúceho rozhodnutia a žiadnemu účastníkovi právo na náhradu trov konania nepriznal. Proti tomuto uzneseniu podal žalobca v zákonnej lehote odvolanie, ktoré písomným podaním zo dňa 05.08.2016, doručeným Najvyššiemu súdu Slovenskej republiky dňa 12.08.2016, vzal v celom rozsahu späť. Podľa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náhrade trov odvolacieho konania rozhodol Najvyšší súd Slovenskej republiky podľa § 224 ods. 1 O.s.p. v spojení s § 146 ods. 1 písm. c/ O.s.p. a s použitím § 246c ods. 1 vety prvej O.s.p. S poukazom na ustanovenie § 492 ods. 2 zákona č. 162/2015 Z. z. Správny súdny poriadok postupoval odvolací súd v konaní podľa predpisov účinných do 30.06.2016 (zákona č. 99/1963 Zb. Občiansky súdny poriadok). Poučenie: Proti tomuto uzneseniu n i e j e prípustný opravný prostriedok.</w:t>
      </w:r>
    </w:p>
    <w:p/>
    <w:p>
      <w:r>
        <w:t>Zdroj: KAUZIS.SK – https://www.kauzis.sk/judikatura/r/ECLI:SK:NSSR:2016:7013200765.1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