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7Sžo/98/2014 z 24. 2. 2016</w:t>
      </w:r>
    </w:p>
    <w:p>
      <w:r>
        <w:t>Uznesenie Najvyššieho súdu SR z 24. februára 2016, sp. zn. 7Sžo/98/2014, ECLI:SK:NSSR:2016:7013201219.1</w:t>
      </w:r>
    </w:p>
    <w:p>
      <w:r>
        <w:t>Súd: Najvyšší súd</w:t>
      </w:r>
    </w:p>
    <w:p>
      <w:r>
        <w:t>Spisová značka: 7Sžo/98/2014</w:t>
      </w:r>
    </w:p>
    <w:p>
      <w:r>
        <w:t>ECLI: ECLI:SK:NSSR:2016:7013201219.1</w:t>
      </w:r>
    </w:p>
    <w:p>
      <w:r>
        <w:t>Dátum vydania: 24. 2.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7Sžo/98/2014 Identifikačné číslo súdneho spisu: 7013201219 Dátum vydania rozhodnutia: 25. 02. 2016 Meno a priezvisko sudcu, VSÚ: JUDr. Zdenka Reisenauerová ECLI: ECLI:SK:NSSR:2016:7013201219.1 Uznesenie Najvyšší súd Slovenskej republiky v právnej veci žalobkyne: K. H., bytom v L., R. č. XX, zastúpenej JUDr. Vladimírom Zeleňákom, advokátom, so sídlom v Košiciach, Letná č. 47, proti žalovanému: Okresný úrad Košice, (predtým Obvodný úrad Košice) odbor výstavby a bytovej politiky, so sídlom v Košiciach, Komenského č. 52, za účasti: 1/ B.. C. R. a 2/ B. R., obaja bytom v L., Z.. E.. M.. XXX, o preskúmanie zákonnosti rozhodnutia žalovaného zo dňa 9. augusta 2013, č. ObU-KE-OVBP2-2013/00585, o odvolaní žalobkyne proti rozsudku Krajského súdu v Košiciach zo dňa 31. júla 2014, č. k. 6S/230/2013-57, takto r o z h o d o l : Najvyšší súd Slovenskej republiky odvolacie konanie z a s t a v u j e . Navrhovateľke n e p r i z n á v a náhradu trov odvolacieho konania. o d ô v o d n e n i e : Krajský súd v Košiciach napadnutým rozsudkom zo dňa 31. júla 2014, č. k. 6S/230/2013-57 podľa §250j ods. 1 O.s.p. zamietol žalobu o preskúmanie zákonnosti rozhodnutia žalovaného zo dňa 9. augusta 2013, č. ObU-KE-OVBP2-2013/00585, ako aj rozhodnutia prvostupňového správneho orgánu Mesta Košice zo dňa 20. mája 2013, č. j.: A/2013/06256-3/III/Po. Krajský súd zistil, že rozhodnutím zo dňa 9. augusta 2013, č. ObU-KE-OVBP2-2013/00585 žalovaný zamietol odvolanie žalobkyne ako neodôvodnené a potvrdil rozhodnutie prvostupňového správneho orgánu zo dňa 20. mája 2013, č. j.: A/2013/06256-3/III/Po o umiestnení stavby „Rodinného domu" na pozemku registra KN-C parc. č. 1164/228, katastrálne územie L. podľa §§ 39, 39 a zákona č. 50/1976 Zb. o územnom plánovaní a stavebnom poriadku (stavebný zákon), § 4 vyhlášky Ministerstva životného prostredia Slovenskej republiky č. 453/2000 Z. z., ktorou sa vykonávajú niektoré ustanovenia stavebného zákona a § 46 a nasl. zákona č. 71/1967 Zb. o správnom konaní (správny poriadok). V rozhodnutí v bodoch 1 - 26 na umiestnenie stavby a na obsah projektovej dokumentácie určil podmienky, rozhodol o námietkach účastníkov konania a určil čas platnosti rozhodnutia. Krajský súd dospel k záveru, že obe rozhodnutia sú zákonné. O trovách konania krajský súd rozhodol s poukazom na § 250k ods. l O.s.p. tak, že žalobkyni, ktorá nemala vo veci úspech, náhradu trov konania nepriznal. Proti rozsudku krajského súdu podala žalobkyňa rozsiahle odvolanie. Namietala, že súd prvého stupňa sa nevysporiadal ústavne konformným spôsobom ani s jednou jej námietkou vznesenou v územnom konaní tak, ako ich žalobkyňa formulovala v žalobe, a na ktorých naďalej trvá. Poukazovala na nedostatky napadnutého rozhodnutia správneho orgánu, najmä z hľadiska ustanovenia § 39a ods. 1 a § 39a ods. 2 písm. b/ stavebného zákona a vyhlášky č. 532/2002 Z. z., ktorou sa ustanovujú podrobnosti o všeobecných technických požiadavkách na výstavbu a o všeobecných technických požiadavkách na stavby užívané osobami s obmedzenou schopnosťou pohybu a orientácie (ďalej len „vyhláška č. 532/2002 Z. z."). Žalobkyňa žiadala, aby odvolací súd napadnuté rozhodnutie súdu prvého stupňa zrušil a vec mu vrátil na nové konanie. Navrhovateľka podaním zo dňa 10. februára 2016, ktoré došlo odvolaciemu súdu 12. februára 2016 zobrala odvolanie späť. Ak sa odvolanie, o ktorom nebolo rozhodnuté vzalo späť, odvolací súd odvolacie konanie zastaví (§ 207 ods. 3 O.s.p.). Odvolací súd vzhľadom na účinné späťvzatie odvolania proti rozsudku súdu prvého stupňa podľa § 207 ods. 3 O.s.p. odvolacie konanie zastavil. Napadnutý rozsudok prvostupňového súdu sa stal právoplatným, ako keby k podaniu odvolania nedošlo (§ 222 ods. 1 O.s.p.). Odvolací súd neúspešnému navrhovateľovi nepriznal náhradu trov odvolacieho konania (§ 250k ods. 1 v spojení s § 250l ods. 2 O.s.p.). Poučenie: Proti tomuto uzneseniu n i e j e prípustný opravný prostriedok</w:t>
      </w:r>
    </w:p>
    <w:p/>
    <w:p>
      <w:r>
        <w:t>Zdroj: KAUZIS.SK – https://www.kauzis.sk/judikatura/r/ECLI:SK:NSSR:2016:7013201219.1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