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2Sžo/61/2015 z 19. 4. 2016</w:t>
      </w:r>
    </w:p>
    <w:p>
      <w:r>
        <w:t>Uznesenie Najvyššieho súdu SR z 19. apríla 2016, sp. zn. 2Sžo/61/2015, ECLI:SK:NSSR:2016:7014200860.1</w:t>
      </w:r>
    </w:p>
    <w:p>
      <w:r>
        <w:t>Súd: Najvyšší súd</w:t>
      </w:r>
    </w:p>
    <w:p>
      <w:r>
        <w:t>Spisová značka: 2Sžo/61/2015</w:t>
      </w:r>
    </w:p>
    <w:p>
      <w:r>
        <w:t>ECLI: ECLI:SK:NSSR:2016:7014200860.1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2Sžo/61/2015 Identifikačné číslo súdneho spisu: 7014200860 Dátum vydania rozhodnutia: 20. 04. 2016 Meno a priezvisko sudcu, VSÚ: JUDr. Elena Kováčová ECLI: ECLI:SK:NSSR:2016:7014200860.1 Uznesenie Najvyšší súd Slovenskej republiky v právnej veci navrhovateľa: POHOTOVOSŤ, s.r.o., Pribinova 25, Bratislava, IČO: 35 807 598, proti odporcovi: Okresný úrad Košice, katastrálny odbor, Južná trieda č. 82, Košice, za účasti K., o opravnom prostriedku proti rozhodnutiu odporcu č. V 4139/2014 zo dňa 20.05.2014, o odvolaní navrhovateľa proti rozsudku Krajského súdu v Košiciach č. k. 5Sp/33/2014-24 zo dňa 30.12.2014, takto r o z h o d o l : Najvyšší súd Slovenskej republiky odvolacie konanie z a s t a v u j e. Účastníci nemajú právo na náhradu trov odvolacieho konania. o d ô v o d n e n i e : Napadnutým rozsudkom Krajský súd v Košiciach potvrdil rozhodnutie odporcu č. V 4139/2014 zo dňa 20.05.2014,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04.04.2016, doručeným Najvyššiemu súdu Slovenskej republiky dňa 11.04.2016,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https://www.kauzis.sk/judikatura/r/ECLI:SK:NSSR:2016:7014200860.1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