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7So/17/2015 z 27. 1. 2016</w:t>
      </w:r>
    </w:p>
    <w:p>
      <w:r>
        <w:t>Rozsudok Najvyššieho súdu SR z 27. januára 2016, sp. zn. 7So/17/2015, ECLI:SK:NSSR:2016:7014200870.1</w:t>
      </w:r>
    </w:p>
    <w:p>
      <w:r>
        <w:t>Súd: Najvyšší súd</w:t>
      </w:r>
    </w:p>
    <w:p>
      <w:r>
        <w:t>Spisová značka: 7So/17/2015</w:t>
      </w:r>
    </w:p>
    <w:p>
      <w:r>
        <w:t>ECLI: ECLI:SK:NSSR:2016:7014200870.1</w:t>
      </w:r>
    </w:p>
    <w:p>
      <w:r>
        <w:t>Dátum vydania: 27. 1. 2016</w:t>
      </w:r>
    </w:p>
    <w:p>
      <w:r>
        <w:t>Forma: Rozsudok</w:t>
      </w:r>
    </w:p>
    <w:p>
      <w:r>
        <w:t>Oblasť práva: Správne právo</w:t>
      </w:r>
    </w:p>
    <w:p>
      <w:pPr>
        <w:pStyle w:val="Heading2"/>
      </w:pPr>
      <w:r>
        <w:t>Text rozhodnutia</w:t>
      </w:r>
    </w:p>
    <w:p>
      <w:r>
        <w:t>Súd: Najvyšší súd Spisová značka: 7So/17/2015 Identifikačné číslo súdneho spisu: 7014200870 Dátum vydania rozhodnutia: 28. 01. 2016 Meno a priezvisko sudcu, VSÚ: JUDr. Zdenka Reisenauerová ECLI: ECLI:SK:NSSR:2016:7014200870.1 ROZSUDOK V MENE SLOVENSKEJ REPUBLIKY Najvyšší súd Slovenskej republiky v senáte zloženom z predsedníčky senátu JUDr. Zdenky Reisenaueovej a členiek senátu JUDr. Violy Takáčovej, PhD. a JUDr. Júlie Horskej, v právnej veci navrhovateľky: L.. H. L., bytom L. XX, W., proti odporkyni: Sociálnej poisťovni, ústrediu, so sídlom Ulica 29. augusta č. 8-10, Bratislava, o invalidný dôchodok, na odvolanie navrhovateľky proti rozsudku Krajského súdu v Košiciach zo dňa 19. novembra 2014, č. k. 8Sd/49/2014-31, takto r o z h o d o l : Najvyšší súd Slovenskej republiky napadnutý rozsudok Krajského súdu v Košiciach zo dňa 19. novembra 2014, č. k. 8Sd/49/2014-31 m e n í tak, že rozhodnutie odporkyne zo dňa 10. júla 2014 č. XXX XXX XXXX X z r u š u j e a v e c v r a c i a odporkyni na ďalšie konanie. Účastníkom náhradu trov konania n e p r i z n á v a . o d ô v o d n e n i e : Krajský súd napadnutým rozsudkom podľa § 250q ods. 2 OSP potvrdil rozhodnutie odporkyne zo dňa 10. júla 2014, číslo XXX XXX XXXX X, ktorým odporkyňa podľa § 70 a § 71 zák. č. 461/2003 Z. z. o sociálnom poistení v znení neskorších predpisov (ďalej len „zákon o sociálnom poistení") zamietla žiadosť navrhovateľky zo dňa 10. júna 2014 o invalidný dôchodok s odôvodnením, že podľa posudku posudkového lekára sociálneho poistenia pobočky Sociálnej poisťovne Košice zo dňa 10. júna 2014 nie je invalidná podľa § 71 ods. 1 zsp, lebo pre dlhodobo nepriaznivý zdravotný stav nemá pokles schopnosti vykonávať zárobkovú činnosť o viac ako 40% porovnaní so zdravou fyzickou osobou. Súd prvého stupňa zistil, že navrhovateľka nepreukázala, že jej súčasný stav podmieňuje vyššiu mieru poklesu schopnosti vykonávať zárobkovú činnosť v porovnaní so zdravou fyzickou osobou než ako bol zistený posudkovými lekármi. Preto dospel k záveru, že rozhodnutie odporkyne je v súlade so zákonom. Krajský súd účastníkom nepriznal náhradu trov konania s odôvodnením, že navrhovateľka nebola úspešná a odporkyni právo na náhradu trov konania nepatrí. Proti tomuto rozsudku krajského súdu podala navrhovateľka odvolanie. Rozsudok pokladala za nepreskúmateľný s tým, že krajský súd vychádzal z nesprávneho právneho posúdenia veci. Namietala, že posudkoví lekári sociálneho poistenia v lekárskych posudkoch neodôvodnili priznanie 30% miery poklesu schopnosti vykonávať zárobkovú činnosť za rozhodujúce zdravotné postihnutie a neodôvodnili priznanie vyššej percentuálnej miery poklesu schopnosti ani navýšenia miery poklesu za iné zdravotné postihnutie. Za dôležitý argument považovala rozhodnutie Úradu práce, sociálnych vecí a rodiny Košice, ktorým bola uznaná za ťažko zdravotne postihnutú osobu s 80% mierou funkčnej poruchy. Žiadala, aby odvolací súd zrušil rozsudok krajského súdu a vec mu vrátil na ďalšie konanie. Odporkyňa v písomnom vyjadrení k odvolaniu žiadala napadnutý rozsudok súdu prvého stupňa potvrdiť. Uviedla, že poukazovanie na posúdenie zdravotného stavu podľa zákona č. 447/2008 Z. z. na účely ťažkého zdravotného postihnutia nepovažuje za dôvodné, pretože v tomto konaní zdravotný stav navrhovateľky bol posúdený podľa zákona č. 461/2003 Z. z. o sociálnom poistení v znení neskorších predpisov na účely dôchodkovej dávky. Najvyšší súd Slovenskej republiky ako súd odvolací (§ 10 ods. 2 a § 250s OSP) preskúmal napadnutý rozsudok súdu prvého stupňa spolu s konaním, ktoré mu predchádzalo bez nariadenia pojednávania (§ 250l ods. 2 a § 250ja ods. 2 OSP), keď deň vyhlásenia rozhodnutia bol zverejnený minimálne 5 dní vopred na úradnej tabuli a na internetovej stránke Najvyššieho súdu Slovenskej republiky www.nsud.sk (§ 156 ods. 1 a ods. 3 OSP v spojení s § 246c ods. 1 veta prvá a § 211 ods. 2 OSP) a dospel k záveru, že odvolaniu navrhovateľky je potrebné vyhovieť. Podľa § 71 ods. 3 a 4 zákona o sociálnom poistení pokles schopnosti vykonáva zárobkovú činnosť sa posudzuje porovnaním telesnej schopnosti, duševnej schopnosti a zmyslovej schopnosti poistenca s dlhodobo nepriaznivým zdravotným stavom a telesnej schopnosti, duševnej schopnosti a zmyslovej schopnosti zdravej fyzickej osoby na základe lekárskych správ a údajov zo zdravotnej dokumentácie zdravotníckeho zariadenia a zhodnotenia liečby s určením diagnostického záveru, stabilizácie ohorenia, jeho ďalšieho vývoja, ďalšej liečby pričom sa prihliada na zostávajúcu schopnosť vykonávať zárobkovú činnosť, zostávajúcu schopnosť prípravy na povolanie, možnosti poskytnutia pracovnej rehabilitácie alebo rekvalifikácie.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6, 7 zákona č. 461/2003 Z. z.). Podľa § 153 ods. 5 zákona o sociálnom poistení lekársku posudkovú činnosť podľa ods. 1 vykonáva posudkový lekár sociálneho poistenia príslušnej pobočky a posudkový lekár sociálneho poistenia ústredia (ďalej len „posudkový lekár) a podľa ods. 2 písm. b/ aj určený zamestnanec Sociálnej poisťovne za osobnej účasti poistenca alebo poškodeného. Podľa § 153 ods. 8 zákona o sociálnom poistení posudkový lekár pri výkone lekárskej posudkovej činnosti spolupracuje s praktickým lekárom a s revíznym lekárom zdravotnej poisťovne. Posudkový lekár sociálneho poistenia ústredia môže posúdiť dlhodobo nepriaznivý zdravotný stav poistenca v prítomnosti prísediaceho lekára so špecializáciou v príslušnom špecializačnom odbore. Z dávkového a súdneho spisu vyplýva, že hodnotenie zdravotného stavu navrhovateľky bolo vykonané na základe jej žiadosti o invalidný dôchodok zo dňa 10. júna 2014 podľa zákona o sociálnom poistení. Zdravotný stav navrhovateľky hodnotil dňa 13. októbra 2014 MUDr. Y., posudkový lekár sociálneho poistenia Sociálnej poisťovne ústredie, vysunuté pracovisko v Košiciach. V lekárskom posudku zo zdravotnej dokumentácie predloženej navrhovateľkou dospel k záveru, že rozhodujúcim zdravotným postihnutím navrhovateľky je choroba, ktorá je zaradená v kapitole XIII, položka 2 písm. a/ Prílohy č. 4 zákona o sociálnom poistení, ktorému postihnutiu zodpovedá miera poklesu 30% (z možného rozpätia 30-40%). Z dôvodu iného zdravotného postihnutia primárneho glaukómu s otvoreným uhlom posudkový lekár mieru poklesu podľa § 71 ods. 8 zákona o sociálnom poistení nenavýšil. Posudkový lekár sociálneho poistenia Sociálnej poisťovne, ústredia, MUDr. Y. potvrdil závery o rozhodujúcom zdravotnom postihnutí navrhovateľky, ktoré boli uvedené v lekárskom posudku zo dňa 10. júna 2014 a zo dňa 13. augusta 2014 posudkovej lekárky sociálneho poistenia Sociálnej poisťovne pobočka Košice MUDr. R.. V lekárskej správe neodôvodnili, prečo nie je možné navrhovateľke priznať vyššiu mieru poklesu schopnosti ako bola stanovená v lekárskom posudku. Podľa § 209 ods. 1 veta druhá zákona o sociálnom poistení rozhodnutie musí byť v súlade so všeobecne záväznými právnymi predpismi, musí vychádzať zo spoľahlivo zisteného skutočného stavu veci a musí obsahovať predpísané náležitosti. Napriek tomu, že posudkoví lekári sociálneho poistenia Sociálnej poisťovne v lekárskych posudkoch odôvodnili konkrétne stanovenú mieru poklesu schopnosti, neuviedli dôvod, pre ktorý nebolo možné určiť zaradenie do vyššieho rozpätia miery poklesu tak, ako sa to navrhovateľka v opravnom prostriedku domáhala. Ďalej neuviedli dôvod pre postup podľa § 71 ods. 8 zákona o sociálnom poistení pre posúdenie primárneho glaukómu s otvoreným uhlom. Podľa názoru odvolacieho súdu tak bola dôvodná námietka navrhovateľky nezákonnosti postupu a rozhodnutia odporkyne pri posudzovaní zdravotného stavu a právneho nároku na invalidný dôchodok. Vzhľadom na uvedené odvolací súd dospel k záveru, že odporkyňa napadnuté rozhodnutie vydala na základe nedostatočne zisteného skutkového stavu, preto rozsudok krajského súdu zmenil, napadnuté rozhodnutie odporkyne zrušil a vec jej vrátil na ďalšie konanie v súlade s § 250ja ods. 3 v spojení s § 250j ods. 2 písm. c/ OSP. V rámci nového prejednania veci sa odporkyňa bude zaoberať námietkou navrhovateľky vyslovenou v opravnom prostriedku o nedostatočnom určení percenta miery poklesu schopnosti za rozhodujúce zdravotné postihnutie a nedostatočnom navýšení percenta miery poklesu schopnosti za iné zdravotné postihnutie podľa § 71 ods. 8 zákona o sociálnom poistení. O trovách konania rozhodol odvolací súd podľa § 224 ods. 2 a § 250k ods. 1 OSP v spojení s § 250l ods. 2 OSP tak, že nepriznal úspešnej navrhovateľke ich náhradu, pretože jej trovy nevznikli. Odporkyňa nemala právo na náhradu trov konania. Poučenie: Proti tomuto rozsudku n i e j e prípustný opravný prostriedok.</w:t>
      </w:r>
    </w:p>
    <w:p/>
    <w:p>
      <w:r>
        <w:t>Zdroj: KAUZIS.SK – https://www.kauzis.sk/judikatura/r/ECLI:SK:NSSR:2016:7014200870.1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