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5Sžo/92/2015 z 28. 2. 2016</w:t>
      </w:r>
    </w:p>
    <w:p>
      <w:r>
        <w:t>Uznesenie Najvyššieho súdu SR z 28. februára 2016, sp. zn. 5Sžo/92/2015, ECLI:SK:NSSR:2016:7014201153.1</w:t>
      </w:r>
    </w:p>
    <w:p>
      <w:r>
        <w:t>Súd: Najvyšší súd</w:t>
      </w:r>
    </w:p>
    <w:p>
      <w:r>
        <w:t>Spisová značka: 5Sžo/92/2015</w:t>
      </w:r>
    </w:p>
    <w:p>
      <w:r>
        <w:t>ECLI: ECLI:SK:NSSR:2016:7014201153.1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5Sžo/92/2015 Identifikačné číslo súdneho spisu: 7014201153 Dátum vydania rozhodnutia: 29. 02. 2016 Meno a priezvisko sudcu, VSÚ: JUDr. Milan Morava ECLI: ECLI:SK:NSSR:2016:7014201153.1 Uznesenie Najvyšší súd Slovenskej republiky v právnej veci navrhovateľa POHOTOVOSŤ, s.r.o. so sídlom v Bratislave, Pribinova 25, proti odporcovi Okresný úrad Košice - okolie, katastrálny odbor, Pracovisko Moldava nad Bodvou, so sídlom Podhorská 28, Moldava nad Bodvou, za účasti: X. F., bytom F., o preskúmanie zákonnosti rozhodnutia odporcu z 23. júla 2014, č. OU-KS-KO2-V742/2014, konajúc o odvolaní navrhovateľa proti rozsudku Krajského súdu v Košiciach z 26. februára 2015, č.k. 6Sp/48/2014-15, takto r o z h o d o l : Najvyšší súd Slovenskej republiky odvolacie konanie z a s t a v u j e . Žiaden z účastníkov n e m á p r á v o na náhradu trov odvolacieho konania. o d ô v o d n e n i e : Krajský súd v Košiciach (ďalej len „krajský súd“) rozsudkom z 26. februára 2015, č.k. 6Sp/48/2014-15, potvrdil napadnuté rozhodnutie, ktorým odporca zamietol návrh na vklad záložného práva do katastra nehnuteľností na základe zmluvy o zriadení záložného práva č. 219/2014-RAČ zo dňa 13.05.2014, týkajúcej sa nehnuteľností špecifikovaných v rozhodnutí správneho orgánu, uzatvorenej medzi navrhovateľom ako záložným veriteľom a X. F., ako záložcom, súčasťou ktorej bola dohoda o splnomocnení medzi dlžníkom ako splnomocniteľom a občianskym združením ProHelp ako splnomocnencom.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29. mája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https://www.kauzis.sk/judikatura/r/ECLI:SK:NSSR:2016:7014201153.1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