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2Sžo/208/2015 z 22. 11. 2016</w:t>
      </w:r>
    </w:p>
    <w:p>
      <w:r>
        <w:t>Uznesenie Najvyššieho súdu SR z 22. novembra 2016, sp. zn. 2Sžo/208/2015, ECLI:SK:NSSR:2016:7015200323.1</w:t>
      </w:r>
    </w:p>
    <w:p>
      <w:r>
        <w:t>Súd: Najvyšší súd</w:t>
      </w:r>
    </w:p>
    <w:p>
      <w:r>
        <w:t>Spisová značka: 2Sžo/208/2015</w:t>
      </w:r>
    </w:p>
    <w:p>
      <w:r>
        <w:t>ECLI: ECLI:SK:NSSR:2016:7015200323.1</w:t>
      </w:r>
    </w:p>
    <w:p>
      <w:r>
        <w:t>Dátum vydania: 22. 11. 2016</w:t>
      </w:r>
    </w:p>
    <w:p>
      <w:r>
        <w:t>Forma: Uznesenie</w:t>
      </w:r>
    </w:p>
    <w:p>
      <w:pPr>
        <w:pStyle w:val="Heading2"/>
      </w:pPr>
      <w:r>
        <w:t>Text rozhodnutia</w:t>
      </w:r>
    </w:p>
    <w:p>
      <w:r>
        <w:t>Súd: Najvyšší súd Spisová značka: 2Sžo/208/2015 Identifikačné číslo súdneho spisu: 7015200323 Dátum vydania rozhodnutia: 23. 11. 2016 Meno a priezvisko sudcu, VSÚ: JUDr. Elena Kováčová ECLI: ECLI:SK:NSSR:2016:7015200323.1 Uznesenie Najvyšší súd Slovenskej republiky v právnej veci navrhovateľa: Pohotovosť, s.r.o., IČO: 35 807 598, so sídlom v Bratislave, Pribinova ul. č. 25, proti odporcovi: Okresný úrad Gelnica, katastrálny odbor, Hlavná 1, Gelnica, za účasti: U., o preskúmanie rozhodnutia odporcu z 15.01.2015, číslo V 963/2014-9, o odvolaní navrhovateľa proti rozsudku Krajského súdu v Košiciach zo 16.07.2015, č. k. 6Sp/13/2015-14, takto r o z h o d o l : Najvyšší súd Slovenskej republiky odvolacie konanie z a s t a v u j e . Žiaden z účastníkov n e m á p r á v o na náhradu trov odvolacieho konania. o d ô v o d n e n i e : Krajský súd v Košiciach rozsudkom zo 16.07.2015, č. k. 6Sp/13/2015-14, potvrdil rozhodnutie Okresného úradu Gelnica, Hlavná 1, Gelnica, z 15.01.2015, číslo V 963/2014-9,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Účastníkom právo na náhradu trov konania nepriznal. Proti rozsudku krajského súdu podal navrhovateľ odvolanie, ktoré podaním z 27.10.2016, doručeným odvolaciemu súdu 31.10.2016, vzal v celom rozsahu späť.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https://www.kauzis.sk/judikatura/r/ECLI:SK:NSSR:2016:7015200323.1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