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4Sžo/127/2015 z 30. 6. 2016</w:t>
      </w:r>
    </w:p>
    <w:p>
      <w:r>
        <w:t>Uznesenie Najvyššieho súdu SR z 30. júna 2016, sp. zn. 4Sžo/127/2015, ECLI:SK:NSSR:2016:7015200328.1</w:t>
      </w:r>
    </w:p>
    <w:p>
      <w:r>
        <w:t>Súd: Najvyšší súd</w:t>
      </w:r>
    </w:p>
    <w:p>
      <w:r>
        <w:t>Spisová značka: 4Sžo/127/2015</w:t>
      </w:r>
    </w:p>
    <w:p>
      <w:r>
        <w:t>ECLI: ECLI:SK:NSSR:2016:7015200328.1</w:t>
      </w:r>
    </w:p>
    <w:p>
      <w:r>
        <w:t>Dátum vydania: 30. 6. 2016</w:t>
      </w:r>
    </w:p>
    <w:p>
      <w:r>
        <w:t>Forma: Uznesenie</w:t>
      </w:r>
    </w:p>
    <w:p>
      <w:pPr>
        <w:pStyle w:val="Heading2"/>
      </w:pPr>
      <w:r>
        <w:t>Text rozhodnutia</w:t>
      </w:r>
    </w:p>
    <w:p>
      <w:r>
        <w:t>Súd: Najvyšší súd Spisová značka: 4Sžo/127/2015 Identifikačné číslo súdneho spisu: 7015200328 Dátum vydania rozhodnutia: 01. 07. 2016 Meno a priezvisko sudcu, VSÚ: JUDr. Jana Zemková ECLI: ECLI:SK:NSSR:2016:7015200328.1 Uznesenie Najvyšší súd Slovenskej republiky v právnej veci navrhovateľa: POHOTOVOSŤ, s.r.o., so sídlom Pribinova 25, 811 09 Bratislava, IČO: 35 807 598, proti odporcovi: Okresný úrad Michalovce, katastrálny odbor, so sídlom Sama Chalúpku 18, 071 01 Michalovce, za účasti: K. S., bytom XXX XX T. XXX., v konaní o preskúmanie rozhodnutia odporcu č. OU-MI-KO2 V 2335/2014-Zm-El zo dňa 13. augusta 2014, konajúc o odvolaní navrhovateľa proti rozsudku Krajského súdu v Košiciach č.k.: 7Sp/7/2015-16 zo dňa 24. apríla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K. S.. Proti rozsudku krajského súdu podal včas navrhovateľ odvolanie, ktoré bolo predložené na rozhodnutie najvyššiemu súdu. Pred rozhodnutím o odvolaní, vzal navrhovateľ svoje odvolanie podaním zo dňa 12. mája 2016 späť a žiadal konanie zastaviť bez priznania práva účastníkom na náhradu trov konania. Podľa § 246c ods. 1 Občianskeho súdneho poriadku (ďalej len O.s.p.) pre riešenie otázok, ktoré nie sú upravené priamo v tejto časti, sa použijú primerane ustanovenia prvej, tretej a štvrtej časti tohto zákona.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https://www.kauzis.sk/judikatura/r/ECLI:SK:NSSR:2016:7015200328.1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