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3Sžo/214/2015 z 29. 3. 2016</w:t>
      </w:r>
    </w:p>
    <w:p>
      <w:r>
        <w:t>Uznesenie Najvyššieho súdu SR z 29. marca 2016, sp. zn. 3Sžo/214/2015, ECLI:SK:NSSR:2016:7015200424.1</w:t>
      </w:r>
    </w:p>
    <w:p>
      <w:r>
        <w:t>Súd: Najvyšší súd</w:t>
      </w:r>
    </w:p>
    <w:p>
      <w:r>
        <w:t>Spisová značka: 3Sžo/214/2015</w:t>
      </w:r>
    </w:p>
    <w:p>
      <w:r>
        <w:t>ECLI: ECLI:SK:NSSR:2016:7015200424.1</w:t>
      </w:r>
    </w:p>
    <w:p>
      <w:r>
        <w:t>Dátum vydania: 29.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3Sžo/214/2015 Identifikačné číslo súdneho spisu: 7015200424 Dátum vydania rozhodnutia: 30. 03. 2016 Meno a priezvisko sudcu, VSÚ: JUDr. Jozef Milučký ECLI: ECLI:SK:NSSR:2016:7015200424.1 Uznesenie Najvyšší súd Slovenskej republiky v právnej veci navrhovateľa: POHOTOVOSŤ, s.r.o., Pribinova 25, Bratislava, IČO: 35 807 598, proti odporcovi: Okresný úrad Trebišov, katastrálny odbor, Námestie mieru 804, Trebišov, za účasti: W. Q., G. o opravnom prostriedku proti rozhodnutiu odporcu č. V 2303/2014 zo dňa 05.11.2014, o odvolaní navrhovateľa proti rozsudku Krajského súdu v Košiciach č. k. 1Sp/19/2015-19 zo dňa 15.05.2015,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V 2303/2014 zo dňa 05.11.2014,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17.08.2015, doručeným Najvyššiemu súdu Slovenskej republiky dňa 24.08.2015,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https://www.kauzis.sk/judikatura/r/ECLI:SK:NSSR:2016:7015200424.1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