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4Sžo/181/2015 z 30. 6. 2016</w:t>
      </w:r>
    </w:p>
    <w:p>
      <w:r>
        <w:t>Uznesenie Najvyššieho súdu SR z 30. júna 2016, sp. zn. 4Sžo/181/2015, ECLI:SK:NSSR:2016:7015200467.1</w:t>
      </w:r>
    </w:p>
    <w:p>
      <w:r>
        <w:t>Súd: Najvyšší súd</w:t>
      </w:r>
    </w:p>
    <w:p>
      <w:r>
        <w:t>Spisová značka: 4Sžo/181/2015</w:t>
      </w:r>
    </w:p>
    <w:p>
      <w:r>
        <w:t>ECLI: ECLI:SK:NSSR:2016:7015200467.1</w:t>
      </w:r>
    </w:p>
    <w:p>
      <w:r>
        <w:t>Dátum vydania: 30. 6. 2016</w:t>
      </w:r>
    </w:p>
    <w:p>
      <w:r>
        <w:t>Forma: Uznesenie</w:t>
      </w:r>
    </w:p>
    <w:p>
      <w:pPr>
        <w:pStyle w:val="Heading2"/>
      </w:pPr>
      <w:r>
        <w:t>Text rozhodnutia</w:t>
      </w:r>
    </w:p>
    <w:p>
      <w:r>
        <w:t>Súd: Najvyšší súd Spisová značka: 4Sžo/181/2015 Identifikačné číslo súdneho spisu: 7015200467 Dátum vydania rozhodnutia: 01. 07. 2016 Meno a priezvisko sudcu, VSÚ: JUDr. Jana Zemková ECLI: ECLI:SK:NSSR:2016:7015200467.1 Uznesenie Najvyšší súd Slovenskej republiky v právnej veci navrhovateľa: POHOTOVOSŤ, s.r.o., so sídlom Pribinova 25, 811 09 Bratislava, IČO: 35 807 598, proti odporcovi: Okresný úrad Rožňava, katastrálny odbor, so sídlom Jarná 2, Rožňava, za účasti: F. W., bytom A., právne zastúpený: Mgr. Ivica Štiglitz, advokátka, so sídlom Šafárikova 8, Rožňava, v konaní o preskúmanie rozhodnutia odporcu č. V OU- RV-KO2-2014/V 2682-OR zo dňa 23. februára 2015, konajúc o odvolaní navrhovateľa proti rozsudku Krajského súdu v Košiciach č.k. 7Sp/11/2015-25 zo dňa 5. júna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F. W..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Podľa § 207 ods. 3 O.s.p. ak sa odvolanie, o ktorom nebolo rozhodnuté, vzalo späť, odvolací súd odvolacie konanie zastaví. Podľa citovaných ustanovení O.s.p. - § 246c ods. 1 O.s.p. v spojení s § 207 ods. 3 O.s.p., odvolací súd konanie zastavil.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https://www.kauzis.sk/judikatura/r/ECLI:SK:NSSR:2016:7015200467.1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