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10Sžo/307/2015 z 11. 9. 2016</w:t>
      </w:r>
    </w:p>
    <w:p>
      <w:r>
        <w:t>Uznesenie Najvyššieho súdu SR z 11. septembra 2016, sp. zn. 10Sžo/307/2015, ECLI:SK:NSSR:2016:7015200530.1</w:t>
      </w:r>
    </w:p>
    <w:p>
      <w:r>
        <w:t>Súd: Najvyšší súd</w:t>
      </w:r>
    </w:p>
    <w:p>
      <w:r>
        <w:t>Spisová značka: 10Sžo/307/2015</w:t>
      </w:r>
    </w:p>
    <w:p>
      <w:r>
        <w:t>ECLI: ECLI:SK:NSSR:2016:7015200530.1</w:t>
      </w:r>
    </w:p>
    <w:p>
      <w:r>
        <w:t>Dátum vydania: 11.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10Sžo/307/2015 Identifikačné číslo súdneho spisu: 7015200530 Dátum vydania rozhodnutia: 12. 09. 2016 Meno a priezvisko sudcu, VSÚ: JUDr. Elena Berthotyová ECLI: ECLI:SK:NSSR:2016:7015200530.1 Uznesenie Najvyšší súd Slovenskej republiky, v právnej veci navrhovateľa: POHOTOVOSŤ, s.r.o., IČO: 35 807 598, Pribinova 25, Bratislava, proti odporcovi: Okresný úrad Sobrance, Švermova 16, 073 01 Sobrance, za účasti: A. D., narodený dňa XX.XX.XXXX, bytom T., o preskúmanie zákonnosti rozhodnutia odporcu č. V 1056/2014 zo dňa 15.01.2015, konajúc o odvolaní navrhovateľa proti rozsudku Krajského súdu v Košiciach č. k. 2Sp/24/2015-19 zo dňa 21.07.2015, jednomyseľne, takto r o z h o d o l : Najvyšší súd Slovenskej republiky odvolacie konanie z a s t a v u j e . Žiaden z účastníkov n e m á p r á v o na náhradu trov odvolacieho konania. o d ô v o d n e n i e : Krajský súd v Košiciach rozsudkom č. k. 2Sp/24/2015-19 zo dňa 21.07.2015 potvrdil podľa § 250q ods. 2 zákona č. 99/1963 Zb. Občiansky súdny poriadok, v znení neskorších predpisov (ďalej len „O. s. p.“), rozhodnutie odporcu č. V 1056/2014 zo dňa 15.01.2015. Proti tomuto rozsudku podal navrhovateľ v zákonnej lehote odvolanie, ktoré písomným podaním zo dňa 10.08.2016, doručeným Najvyššiemu súdu Slovenskej republiky dňa 16.08.2016,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S poukazom na ustanovenie § 492 ods. 2 zákona č. 162/2015 Z. z. Správny súdny poriadok postupoval odvolací súd v konaní podľa predpisov účinných do 30.06.2016 (zákona č. 99/1963 Zb. Občiansky súdny poriadok). Poučenie: Proti tomuto uzneseniu opravný prostriedok n i e j e prípustný.</w:t>
      </w:r>
    </w:p>
    <w:p/>
    <w:p>
      <w:r>
        <w:t>Zdroj: KAUZIS.SK – https://www.kauzis.sk/judikatura/r/ECLI:SK:NSSR:2016:7015200530.1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