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Najvyššieho súdu SR sp. zn. 1Sža/42/2015 z 7. 4. 2016</w:t>
      </w:r>
    </w:p>
    <w:p>
      <w:r>
        <w:t>Opravné uznesenie Najvyššieho súdu SR z 7. apríla 2016, sp. zn. 1Sža/42/2015, ECLI:SK:NSSR:2016:7015200797.2</w:t>
      </w:r>
    </w:p>
    <w:p>
      <w:r>
        <w:t>Súd: Najvyšší súd</w:t>
      </w:r>
    </w:p>
    <w:p>
      <w:r>
        <w:t>Spisová značka: 1Sža/42/2015</w:t>
      </w:r>
    </w:p>
    <w:p>
      <w:r>
        <w:t>ECLI: ECLI:SK:NSSR:2016:7015200797.2</w:t>
      </w:r>
    </w:p>
    <w:p>
      <w:r>
        <w:t>Dátum vydania: 7. 4.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Najvyšší súd Spisová značka: 1Sža/42/2015 Identifikačné číslo súdneho spisu: 7015200797 Dátum vydania rozhodnutia: 08. 04. 2016 Meno a priezvisko sudcu, VSÚ: JUDr. Igor Belko ECLI: ECLI:SK:NSSR:2016:7015200797.2 Opravné uznesenie Najvyšší súd Slovenskej republiky v právnej veci navrhovateľa: I. I. D., nar. XX.XX.XXXX v meste F., Kostromská oblasť, Ruská federácia, štátna príslušnosť Ruskej federácie, ingušskej národnosti, islamského vierovyznania, slobodný, bez dokladov totožnosti, toho času v Ústave na výkon väzby Banská Bystrica, zastúpený JUDr. Ivetou Rajtákovou, advokátkou, Štúrova 20, Košice, proti odporcovi: Ministerstvo vnútra Slovenskej republiky, Migračný úrad, Pivonková č. 6, 812 72 Bratislava, o preskúmanie rozhodnutia odporcu, o odvolaní proti rozsudku Krajského súdu v Košiciach č. k. 5Saz/8/2015-91 zo dňa 05.10.2015, o oprave zrejmej nesprávnosti, takto r o z h o d o l : Najvyšší súd Slovenskej republiky opravuje znenie odôvodnenia svojho rozhodnutia sp. zn. 1Sža/42/2015 z 9. februára 2016 v časti IV. Právny názor najvyššieho súdu (str. 29) tak, že namiesto "rozsudok krajského súdu je potrebné potvrdiť" má správne byť "rozsudok krajského súdu je potrebné zmeniť a napadnuté rozhodnutie odporcu zrušiť". o d ô v o d n e n i e : Najvyšší súd Slovenskej republiky rozsudkom sp. zn. 1Sža/42/2015 z 9. februára 2016 zmenil potvrdzujúci rozsudok súdu prvého stupňa tak, že rozhodnutie odporcu zrušil a vec vrátil odporcovi na ďalšie konanie. Po vypracovaní písomného vyhotovenia rozsudku odvolací súd dodatočne zistil, že v odôvodnení svojho rozhodnutia omylom v časti IV: Právny názor najvyššieho súdu (str. 29) uviedol, že "rozsudok krajského súdu je potrebné potvrdiť". Podľa § 164 OSP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Vzhľadom na to, že išlo o zjavne formálne pochybenie v dôsledku zlyhania v mechanickej činnosti pri počítačovom vypracovaní rozhodnutia, pričom je zrejmé že súd mal na mysli zmenu rozsudku Krajského súdu v Košiciach č. k. 5Saz/8/2015-91 zo dňa 05.10.2015 a zrušenie rozhodnutia odporcu č. ČAS: MU-651-196/PO-Ž-2010 zo dňa 05.05.2015 (o čom svedčí aj samotný výrok rozsudku ako aj ďalší obsah odôvodnenia rozsudku), odvolací súd uvedenú zrejmú nesprávnosť v zmysle citovaného ustanovenia opravil tak, ako je uvedené vo výroku tohto opravného uznesenia. Poučenie: Proti tomuto uzneseniu odvolanie nie je prípustné.</w:t>
      </w:r>
    </w:p>
    <w:p/>
    <w:p>
      <w:r>
        <w:t>Zdroj: KAUZIS.SK – https://www.kauzis.sk/judikatura/r/ECLI:SK:NSSR:2016:7015200797.2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