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10So/10/2016 z 23. 8. 2016</w:t>
      </w:r>
    </w:p>
    <w:p>
      <w:r>
        <w:t>Rozsudok Najvyššieho súdu SR z 23. augusta 2016, sp. zn. 10So/10/2016, ECLI:SK:NSSR:2016:7015201255.1</w:t>
      </w:r>
    </w:p>
    <w:p>
      <w:r>
        <w:t>Súd: Najvyšší súd</w:t>
      </w:r>
    </w:p>
    <w:p>
      <w:r>
        <w:t>Spisová značka: 10So/10/2016</w:t>
      </w:r>
    </w:p>
    <w:p>
      <w:r>
        <w:t>ECLI: ECLI:SK:NSSR:2016:7015201255.1</w:t>
      </w:r>
    </w:p>
    <w:p>
      <w:r>
        <w:t>Dátum vydania: 23. 8. 2016</w:t>
      </w:r>
    </w:p>
    <w:p>
      <w:r>
        <w:t>Forma: Rozsudok</w:t>
      </w:r>
    </w:p>
    <w:p>
      <w:r>
        <w:t>Oblasť práva: Správne právo, Správne právo</w:t>
      </w:r>
    </w:p>
    <w:p>
      <w:pPr>
        <w:pStyle w:val="Heading2"/>
      </w:pPr>
      <w:r>
        <w:t>Text rozhodnutia</w:t>
      </w:r>
    </w:p>
    <w:p>
      <w:r>
        <w:t>Súd: Najvyšší súd Spisová značka: 10So/10/2016 Identifikačné číslo súdneho spisu: 7015201255 Dátum vydania rozhodnutia: 24. 08. 2016 Meno a priezvisko sudcu, VSÚ: JUDr. Jana Henčeková ECLI: ECLI:SK:NSSR:2016:7015201255.1 ROZSUDOK V MENE SLOVENSKEJ REPUBLIKY Najvyšší súd Slovenskej republiky v senáte zloženom z predsedníčky senátu JUDr. Jany Henčekovej, PhD. a členov senátu JUDr. Zuzany Ďurišovej a JUDr. Eleny Berthotyovej, PhD. v právnej veci navrhovateľky Q. K. D., bytom H., proti odporkyni Sociálnej poisťovni, ústredie, Ul. 29. augusta č. 8, Bratislava, o invalidný dôchodok, o odvolaní navrhovateľky proti rozsudku Krajského súdu v Košiciach č. k. 9Sd/63/2015-19 zo dňa 20. novembra 2015, takto r o z h o d o l : Najvyšší súd Slovenskej republiky rozsudok Krajského súdu v Košiciach č. k. 9Sd/63/2015-19 zo dňa 20. novembra 2015 p o t v r d z u j e . Účastníkom náhradu trov odvolacieho konania n e p r i z n á v a . o d ô v o d n e n i e : Krajský súd v Košiciach napadnutým rozsudkom potvrdil rozhodnutie odporkyne číslo XXX XXX XXXX X zo dňa 18. júna 2015, ktorým odporkyňa v zmysle § 73 a § 112 ods. 4 zákona č. 461/2003 Z. z. o sociálnom poistení v znení neskorších predpisov (ďalej len „zákon o sociálnom poistení“) zamietla žiadosť navrhovateľky o zvýšenie invalidného dôchodku. Zdravotný stav navrhovateľky bol opätovne posúdený posudkovým lekárom sociálneho poistenia Sociálnej poisťovne Trebišov s tým záverom, že navrhovateľka je naďalej invalidná podľa § 71 ods. 1 zákona o sociálnom poistení s mierou poklesu schopnosti vykonávať zárobkovú činnosť 50 %. Z toho dôvodu navrhovateľke patrí invalidný dôchodok v nezmenenej sume, nakoľko sa nezmenili skutočnosti rozhodujúce na nárok na výplatu invalidného dôchodku a jeho sumu podľa § 73 ods. 2 zákona o sociálnom poistení. Krajský súd preskúmal napadnuté rozhodnutie odporkyne i konanie, ktoré mu predchádzalo v súlade s ust. § 2501 ods. 1 O.s.p. a dospel k záveru, že odvolanie nie je dôvodné. Ako uviedol krajský súd v odôvodnení svojho rozsudku preskúmavaným rozhodnutím odporkyňa podľa § 73 a § 112 ods. 4 zákona o sociálnom poistení zamietla žiadosť navrhovateľky o zvýšenie invalidného dôchodku. Posúdenie zdravotného stavu navrhovateľky, ktorému zodpovedá percentuálne vyjadrenie miery poklesu schopnosti vykonávať zárobkovú činnosť 50 % je obsahom pripojeného odborného posudku zo dňa 2. júna 2015, ktorý tvorí neoddeliteľnú súčasť odôvodnenia tohto rozhodnutia a sú v ňom uvedené všetky rozhodujúceho skutočnosti, ktoré boli podkladom na vyhotovenie posudkového záveru o tom, že navrhovateľka je naďalej invalidná podľa § 71 ods. 1 zákona o sociálnom poistení, s rovnakou mierou poklesu schopnosti vykonávať zárobkovú činnosť ako pri predchádzajúcom posúdení jej zdravotného stavu. Posudkový lekár sociálneho poistenia Sociálnej poisťovne pobočka Trebišov v posudku zo dňa 2. júna 2015 na základe podkladov zo zdravotnej dokumentácie navrhovateľky, jej vyjadrení a vlastného vyšetrenia uviedol, že rozhodujúcim zdravotným postihnutím u navrhovateľky je ľahká mentálna retardácia zaradená do kapitoly V., položka 6, písmeno a/ a zodpovedá jej miera poklesu schopnosti vykonávať zárobkovú činnosť 50 %. Posudkový lekár sociálneho poistenia v tomto posudku uviedol, že podkladom na posúdenie zdravotného stavu navrhovateľky na účely určenia miery poklesu schopnosti vykonávať zárobkovú činnosť sú lekárske vyšetrenia, a to psychiatrické zo dňa 12. januára 2015, 7. apríla 2015 a psychologické vyšetrenie zo dňa 13. mája 2015, ktoré aj z medicínskeho hľadiska vyhodnotil. Konštatoval, že navrhovateľka, ktorá je poberateľkou invalidného dôchodku od 2. septembra 2004 s 50 % MPSVZČ pre ľahkú mentálnu retardáciu s poruchami správania a pre epizódu stredne ťažkej depresie, je pravidelne mesačne liečená depotnou injekčnou terapiou - Fluanxolom. Pri poslednom psychologickom vyšetrení 14. marca 2015 je popisovaný ľahký stupeň mentálnej retardácie s IQ 69, minimálny stupeň gramotnosti, myslenie konkretizované, nechápe zmysel a hodnotu peňazí, pojem času tiež nemá pre ňu význam, chýbajú jej vôľové a motivačné charakteristiky osobnosti, vie zvládnuť jednoduché elementárne pracovné úkony krátkodobého rázu, osobnosť je simplexná, sociálne a emočne nevyzretá s výkyvmi nálad, emočne nestabilná. Posudkový lekár sociálneho poistenia konštatoval, že takýto stav naďalej podmieňuje 50 % MPSVZČ. Ako ďalej uviedol krajský súd na základe podaného opravného prostriedku bol zdravotný stav navrhovateľky opätovne posúdený posudkovým lekárom sociálneho poistenia Sociálnej poisťovne pobočky Trebišov dňa 19. augusta 2015 a posudkovým lekárom sociálneho poistenia Sociálnej poisťovne ústredie, vysunuté pracovisko v Košiciach, dňa 30. októbra 2015. Posudkový lekár sociálneho poistenia Sociálnej poisťovne pobočka Trebišov vo svojom posudku zo dňa 19. augusta 2015 uviedol, že navrhovateľka k opravnému prostriedku nedoložila žiadne nové odborné lekárske nálezy, pričom doložila iba lekársku správu z Psychiatrickej liečebne v Trebišove, kde bola hospitalizovaná od 17. marca 2014 - 21. mája 2014. Uviedol, že s týmto nálezom bola posúdená dňa 21. októbra 2014 na Sociálnej poisťovni, pobočka Trebišov a aj 8. októbra 2014 posudkovým lekárom Sociálnej poisťovne ústredie. Posudkový lekár sociálneho poistenia v tomto posudku uviedol, že naďalej trvá na pôvodnom posudku a celú spisovú dokumentáciu odosiela Sociálnej poisťovni, ústredie do Košíc. Posudkový lekár sociálneho poistenia Sociálnej poisťovne ústredie, vysunuté pracovisko v Košiciach vo svojom posudku zo dňa 30. októbra 2015 vyhodnotil z medicínskeho hľadiska psychologické vyšetrenie zo dňa 12. februára 2014, 13. marca 2015, psychiatrické vyšetrenie zo dňa 24. februára 2014, prepúšťaciu správu z hospitalizácie na Psychiatrickom oddelení NsP Trebišov: 17. marca 2014 - 3. apríla 2014, Psychiatrickej liečebni NsP Trebišov: 3. apríla 2014 - 21. mája 2014 a psychiatrické vyšetrenie zo dňa 12. januára 2015 a 7. apríla 2015. Posudkový lekár sociálneho poistenia v tomto posudku ďalej uviedol, že rozhodujúcim zdravotným postihnutím u navrhovateľky je ľahká mentálna retardácia, zaradená do kapitoly V., položka 6, písmeno a/ a zodpovedá jej miera poklesu schopnosti vykonávať zárobkovú činnosť 50 %. Konštatoval, že bol opakovane zhodnocovaný zdravotný stav navrhovateľky, naposledy posudkovým lekárom SP, ústredie dňa 8. decembra 2014 pre ľahkú duševnú zaostalosť s poruchami správania so stanovenou 50 % MPSVZČ. Uviedol, že novodoložené lekárske nálezy v zhode so záverom posudkovej lekárky sociálnej poisťovne pobočky Trebišov zo dňa 2. júna 2015 sú bez podstatnejších zmien v zmysle zhoršenia, naďalej pri pretrvávajúcom postihnutí vyplývajúceho z rozhodujúceho zdravotného postihnutia, MPSVZČ zdôvodňuje 50 %. Konštatoval, že navrhovateľka môže vykonávať prácu len v prostredí bez zvýšených psychických nárokov a jednoduché manuálne práce pod dozorom druhej osoby.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odborných lekárskych vyšetrení. Navrhovateľka v konaní neuviedla žiadne nové skutočnosti, ktoré by neboli známe príslušným posudkovým lekárom pri vypracovaní posudkov, a ktoré by mohli ich jednoznačné závery spochybniť. Podľa podaných posudkov posudkových lekárov, pre dlhodobo nepriaznivý zdravotný stav, má navrhovateľka stanovenú mieru poklesu schopnosti vykonávať zárobkovú činnosť vo výške 50 %. Jej zdravotný stav neodôvodňuje stanovenie vyššej miery poklesu schopnosti vykonávať zárobkovú činnosť v porovnaní so zdravou fyzickou osobou. Vzhľadom na to, že navrhovateľka je naďalej invalidná podľa § 71 ods. 1 zákona o sociálnom poistení s mierou poklesu schopnosti vykonávať zárobkovú činnosť 50 % v porovnaní so zdravou fyzickou osobou, preto jej patrí suma invalidného dôchodku určená podľa § 73 ods. 2 zákona o sociálnom poistení, a preto nebol dôvod, aby sa dávka navrhovateľke vyplácala vo vyššej sume tak, ako to vyplýva z ustanovenia § 112 ods. 4 zákona o sociálnom poistení. Navrhovateľka podala proti rozsudku krajského súdu odvolanie. Uviedla, že trvá na dôvodoch opravného prostriedku. Vo vyjadrení k odvolaniu odporkyňa navrhla odvolaciemu súdu, aby napadnutý rozsudok krajského súdu potvrdil. Odporkyňa vo vyjadrení uviedla, že dôvody, ktoré uvádza navrhovateľka v odvolaní, nepovažuje za opodstatnené. Posúdenie dlhodobo nepriaznivého zdravotného stavu a jeho následkov na schopnosť fyzickej osoby vykonávať zárobkovú činnosť vyžaduje odborné lekárske znalosti. Vo veciach sociálneho poistenia je dokazovanie v tomto smere zverené posudkovým lekárom sociálneho poistenia, a to tak na účely správneho, ako aj súdneho konania. Navrhovateľka v odvolacom konaní neuviedla žiadne také nové skutočnosti, ktoré by spochybňovali úplnosť, objektivitu a presvedčivosť posudkov posudkových lekárov sociálneho poistenia zadovážených v tomto konaní a ktoré by prijatý záver v posudkoch posudkových lekárov spochybnili alebo vyvrátili. Pokiaľ navrhovateľka žiadala v odvolaní o ďalšie vyšetrenia, odporkyňa poukazuje na povinnosť preukázať skutočnosti rozhodujúce na nárok na invalidný dôchodok v rámci dokazovania, kedy je účastník konania povinný navrhnúť dôkazy na podporu svojich tvrdení. Pochybnosti navrhovateľky o tom, že jej zdravotný stav nebol v konaní správne posúdený, považuje odporkyňa za neodôvodnené, vyvolané len jej subjektívnym presvedčením, čo nie je dôvod na spochybnenie správnosti skutkových zistení a záverov prijatých v konaní. Skutkové okolnosti týkajúce sa rozsahu zdravotného poškodenia navrhovateľky boli dostatočne ozrejmené príslušnými posudkovými lekármi sociálneho poistenia, sú z hľadiska skutkového úplné, dostatočne podložené odbornými vyšetreniami a nálezmi, zdravotnou dokumentáciou, sú bez nejasností a vnútorných rozporov a vo svojich záveroch sa zhodujú. Nebol preto daný dôvod na ďalšie dokazovanie. Navrhovateľka v konaní nepreukázala, že by jej zdravotný stav bol zhoršený v rozsahu odôvodňujúcom určenie vyššej miery poklesu schopnosti vykonávať zárobkovú činnosť, a preto jej nárok na zvýšenie sumy invalidného dôchodku nevznikol.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navrhovateľky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20. novembra 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24. augusta 2016 (§ 156 ods. 1 a ods. 3 O. s. p.). S poukazom na ustanovenie § 492 ods.1 zákona č. 162/2015 Z.z. Správny súdny poriadok postupoval odvolací súd v konaní podľa predpisov účinných do 30. júna 2016 (zákona č. 99/1963 Z.z. Občiansky súdny poriadok).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 s. p. podľa ustanovení tejto hlavy sa postupuje v prípadoch, v ktorých zákon zveruje súdom rozhodovanie o opravných prostriedkoch proti neprávoplatným rozhodnutiam správnych orgánov. Podľa § 250l ods. 2 O. s. p. pokiaľ v tejto hlave nie je ustanovené inak, použije sa primerane ustanovenie druhej hlavy s výnimkou § 250a.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Predmetom preskúmania bola zákonnosť rozhodnutia odporkyne č. XXX XXX XXXX X zo dňa 18. júna 2015, ktorým bola navrhovateľke podľa § 73 a § 112 ods. 4 zákona o sociálnom poistení zamietnutá žiadosť o zvýšenie sumy invalidného dôchodku. Podľa posudku posudkového lekára sociálneho poistenia Sociálnej poisťovne pobočky Trebišov zo dňa 2. júna 2015, ktorý bol vypracovaný na základe podanej žiadosti o zvýšenie invalidného dôchodku, je navrhovateľka naďalej invalidná podľa § 71 ods. 1 zákona o sociálnom poistení s mierou poklesu schopnosti vykonávať zárobkovú činnosť v porovnaní so zdravou fyzickou osobou 50 %. V uvedenom posudku, ktorý tvorí neoddeliteľnú súčasť napadnutého rozhodnutia odporkyne, posudkový lekár sociálneho poistenia odborne posúdil a vyhodnotil zdravotný stav navrhovateľky a zistené zdravotné postihnutie zaradil podľa Prílohy č. 4 k zákonu do príslušnej kapitoly. Na základe podaného opravného prostriedku bol zdravotný stav navrhovateľky opätovne posúdený posudkovým lekárom sociálneho poistenia Sociálnej poisťovne pobočky Trebišov dňa 19. augusta 2015 a posudkovým lekárom sociálneho poistenia Sociálnej poisťovne ústredie dňa 30. októbra a 2015. Posudkoví lekári sociálneho poistenia zotrvali na pôvodnom posudku, že navrhovateľka je naďalej invalidná podľa § 71 ods. 1 zákona o sociálnom poistení s mierou poklesu schopnosti vykonávať zárobkovú činnosť o 50 % v porovnaní so zdravou fyzickou osobou.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Najvyšší súd konštatuje, že pre posúdenie nároku na invalidný dôchodok je podstatnou otázka vplyvu dlhodobo nepriaznivého zdravotného stavu na schopnosť výkonu zárobkovej činnosti. Z vypracovaných lekárskych posudkov zo dňa 2. júna 2015, 19. augusta 2015 a 30. októbra 2015 je zrejmé, že navrhovateľka má stanovenú mieru poklesu schopností vykonávať zárobkovú činnosť 50 %. Pretože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aj s prihliadnutím na námietky žiadateľky o invalidný dôchodok. O objektívnosti, odbornej úrovni a úplnosti záverov posudkov posudkových orgánov, ktoré boli v zásade zhodné, odvolací súd nemal dôvod pochybovať. V lekárskych posudkoch posudkoví lekári zohľadnili všetky dostupné lekárske správy, ktoré mali k dispozícii. Z uvedených dôvodov odvolací súd dospel k záveru, že rozhodnutie odporkyne je v súlade so zákonom, a preto napadnutý rozsudok krajského súdu podľa § 219 ods. 1 O. s. p. potvrdil. Odvolací súd záverom považuje za potrebné uviesť, že v prípade zhoršenia zdravotného stavu má navrhovateľka kedykoľvek možnosť znovu požiadať o prehodnotenie invalidného dôchodku prostredníctvom príslušnej pobočky Sociálnej poisťovne. Odvolací súd taktiež na záver udáva, že pre rozhodnutie vo veci je záväzný skutkový stav zistený v čase rozhodovania o invalidnom dôchodku. Odvolací súd rozhodol o trovách odvolacieho konania podľa § 250k ods. 1 v spojení s § 246c ods. 1 a § 224 ods. 1 O. s. p. tak, že účastníkom ich náhradu nepriznal, keďže navrhovateľka v konaní nemala úspech a odporkyňa nemá na ich náhradu zákonný nárok ani v prípade úspechu. Poučenie: Proti tomuto rozsudku nie je opravný prostriedok prípustný.</w:t>
      </w:r>
    </w:p>
    <w:p/>
    <w:p>
      <w:r>
        <w:t>Zdroj: KAUZIS.SK – https://www.kauzis.sk/judikatura/r/ECLI:SK:NSSR:2016:7015201255.1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