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2Sžr/62/2016 z 14. 6. 2016</w:t>
      </w:r>
    </w:p>
    <w:p>
      <w:r>
        <w:t>Uznesenie Najvyššieho súdu SR z 14. júna 2016, sp. zn. 2Sžr/62/2016, ECLI:SK:NSSR:2016:7015201263.1</w:t>
      </w:r>
    </w:p>
    <w:p>
      <w:r>
        <w:t>Súd: Najvyšší súd</w:t>
      </w:r>
    </w:p>
    <w:p>
      <w:r>
        <w:t>Spisová značka: 2Sžr/62/2016</w:t>
      </w:r>
    </w:p>
    <w:p>
      <w:r>
        <w:t>ECLI: ECLI:SK:NSSR:2016:7015201263.1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2Sžr/62/2016 Identifikačné číslo súdneho spisu: 7015201263 Dátum vydania rozhodnutia: 15. 06. 2016 Meno a priezvisko sudcu, VSÚ: JUDr. Jozef Hargaš ECLI: ECLI:SK:NSSR:2016:7015201263.1 Uznesenie Najvyšší súd Slovenskej republiky v právnej veci navrhovateľa: Pohotovosť, s.r.o., so sídlom Pribinova 25, Bratislava, IČO: 35 807 598, proti odporcovi: Okresný úrad Spišská Nová Ves, katastrálny odbor, so sídlom Markušovská cesta 1, Spišská Nová Ves, za účasti: F., v konaní o preskúmanie zákonnosti rozhodnutia odporcu č. V 1530/2015-Ori zo dňa 23. júla 2015, o späťvzatí návrhu na začatie konania po vyhlásení rozsudku Krajského súdu v Košiciach č. k. 3Sp/49/2015-25 zo dňa 30. decembra 2015, takto r o z h o d o l : Najvyšší súd Slovenskej republiky pripúšťa späťvzatie opravného prostriedku navrhovateľa zo dňa 07. septembra 2015 proti rozhodnutiu odporcu č. V 1530/2015-Ori zo dňa 23. júla 2015 z r u š u j e rozsudok Krajského súdu v Košiciach č. k. 3Sp/49/2015-25 zo dňa 30. decembra 2015 a konanie z a s t a v u j e . Účastníkom právo na náhradu trov konania n e p r i z n á v a . o d ô v o d n e n i e : Krajský súd v Košiciach rozsudkom č. k. 3Sp/49/2015-25 zo dňa 30. decembra 2015 potvrdil rozhodnutie odporcu č. V 1530/2015-Ori zo dňa 23. júla 2015 a účastníkom nepriznal náhradu trov konania. Proti tomuto rozsudku podal navrhovateľ v zákonnej lehote odvolanie, o ktorom najvyšší súd v konaní vedenom pod sp. zn. 2Sžr/62/2016 doposiaľ nerozhodol. Podaním doručeným Krajskému súdu v Košiciach dňa 28. februára 2016 vzal navrhovateľ späť svoj opravný prostriedok zo dňa 07. septembra 2015 proti rozhodnutiu odporcu č. V 1530/2015-Ori zo dňa 23. júla 2015. Najvyšší súd Slovenskej republiky ako súd odvolací vyzval odporcu a účastníka konania F., aby sa v lehote 15 dní vyjadrili k podanému späťvzatiu návrhu na začatie konania v zmysle § 208 Občianskeho súdneho poriadku s tým, že ak sa v uvedenej lehote písomne nevyjadria, bude súd predpokladať, že so späťvzatím návrhu súhlasia. Odporca ani účastník konania F. v stanovenej lehote svoje vyjadrenie najvyššiemu súdu nedoručil. Podľa § 208 Občianskeho súdneho poriadku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na späťvzatie opravného prostriedku navrhovateľa po tom, ako rozhodol súd prvého stupňa, odvolací súd postupoval podľa ustanovenia § 208 v spojení s § 246c ods. 1 Občianskeho súdneho poriadku a späťvzatie opravného prostriedku pripustil. Rozsudok Krajského súdu v Košiciach č. k. 3Sp/49/2015-25 zo dňa 30. decembra 2015 zrušil a konanie zastavil. O náhrade trov konania rozhodol odvolací súd podľa § 224 ods. 1 v spojení s § 146 ods. 1 písm. c/ a § 246c ods. 1 veta prvá Občianskeho súdneho poriadku tak, že účastníkom náhradu trov konania nepriznal. Poučenie: Proti tomuto uzneseniu nie je prípustný opravný prostriedok.</w:t>
      </w:r>
    </w:p>
    <w:p/>
    <w:p>
      <w:r>
        <w:t>Zdroj: KAUZIS.SK – https://www.kauzis.sk/judikatura/r/ECLI:SK:NSSR:2016:7015201263.1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