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8Sžr/73/2016 z 24. 8. 2016</w:t>
      </w:r>
    </w:p>
    <w:p>
      <w:r>
        <w:t>Uznesenie Najvyššieho súdu SR z 24. augusta 2016, sp. zn. 8Sžr/73/2016, ECLI:SK:NSSR:2016:7015201282.1</w:t>
      </w:r>
    </w:p>
    <w:p>
      <w:r>
        <w:t>Súd: Najvyšší súd</w:t>
      </w:r>
    </w:p>
    <w:p>
      <w:r>
        <w:t>Spisová značka: 8Sžr/73/2016</w:t>
      </w:r>
    </w:p>
    <w:p>
      <w:r>
        <w:t>ECLI: ECLI:SK:NSSR:2016:7015201282.1</w:t>
      </w:r>
    </w:p>
    <w:p>
      <w:r>
        <w:t>Dátum vydania: 24. 8.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8Sžr/73/2016 Identifikačné číslo súdneho spisu: 7015201282 Dátum vydania rozhodnutia: 25. 08. 2016 Meno a priezvisko sudcu, VSÚ: JUDr. Jaroslava Fúrová ECLI: ECLI:SK:NSSR:2016:7015201282.1 Uznesenie Najvyšší súd Slovenskej republiky v právnej veci navrhovateľa: POHOTOVOSŤ, s.r.o., so sídlom Pribinova 25, 811 09 Bratislava, IČO: 35 807 598, proti odporcovi: Okresný úrad Spišská Nová Ves, katastrálny odbor, so sídlom Markušovksá cesta 1, Spišská Nová Ves, za účasti: K., o opravnom prostriedku proti rozhodnutiu odporcu č. V 1959/2015-Keg zo dňa 04.09.2015, o odvolaní navrhovateľa proti rozsudku Krajského súdu v Košiciach č. k. 9Sp/50/2015-19 zo dňa 29.01.2016, takto r o z h o d o l : Najvyšší súd Slovenskej republiky odvolacie konanie z a s t a v u j e. Žiaden z účastníkov nemá právo na náhradu trov odvolacieho konania. o d ô v o d n e n i e : Napadnutým rozsudkom Krajský súd v Košiciach potvrdil rozhodnutie odporcu č. V 1959/2015-Keg zo dňa 04.09.2015, ktorým podľa § 31 ods. 3 zákona č. 162/1995 Z. z. o katastri nehnuteľností a o zápise vlastníckych a iných práv k nehnuteľnostiam v znení neskorších predpisov (katastrálny zákon) zamietol návrh na vklad záložného práva do katastra nehnuteľností. Proti tomuto rozsudku podal navrhovateľ v zákonnej lehote odvolanie, ktoré písomným podaním zo dňa 05.08.2016, doručeným Najvyššiemu súdu Slovenskej republiky dňa 12.08.2016, vzal v celom rozsahu späť a žiadal konanie zastaviť. Podľa § 246c ods. 1 veta prvá Občianskeho súdneho poriadku (ďalej len „O.s.p.“) pre riešenie otázok, ktoré nie sú priamo upravené v tejto časti, sa použijú primerane ustanovenia prvej, tretej a štvrtej časti tohto zákona.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Vzhľadom na to, že k späťvzatiu odvolania došlo pred rozhodnutím odvolacieho súdu, Najvyšší súd Slovenskej republiky ako súd odvolací (§ 10 ods. 2 O.s.p.) odvolacie konanie podľa § 207 ods. 3 O.s.p. v spojení s § 246c ods. 1 veta prvá O.s.p. zastavil. O trovách odvolacieho konania rozhodol odvolací súd podľa § 146 ods. 1 písm. c/ O.s.p. v spojení s § 224 ods. 1 O.s.p. a § 246c ods. 1 veta prvá O.s.p.. Odvolací súd v odvolacom konaní postupoval podľa ustanovení Občianskeho súdneho poriadku, ktorý bol zrušený zákonom č. 160/2015 Z. z. Civilný sporový poriadok (§ 473), ktorý nadobudol účinnosť dňa 01.07.2016. Dňom 01.07.2016 nadobudol účinnosť zákon č. 162/2015 Z. z. Správny súdny poriadok, ktorý v § 491 ods. 1 ustanovil, že ak nie je ďalej ustanovené inak, platí tento zákon aj na konania začaté podľa piatej časti Občianskeho súdneho poriadku predo dňom nadobudnutia jeho účinnosti. Podľa § 492 ods. 1 Správneho súdneho poriadku konania podľa tretej hlavy piatej časti Občianskeho súdneho poriadku začaté predo dňom nadobudnutia účinnosti tohto zákona sa dokončia podľa doterajších predpisov. Podľa § 492 ods. 2 Správneho súdneho poriadku odvolacie konania podľa piatej časti Občianskeho súdneho poriadku začaté predo dňom nadobudnutia účinnosti tohto zákona sa dokončia podľa doterajších predpisov. V súlade s vyššie uvedenými prechodnými ustanoveniami odvolací súd v predmetnej veci postupoval podľa doterajšieho predpisu, Občianskeho súdneho poriadku. Toto rozhodnutie prijal Najvyšší súd Slovenskej republiky v senáte pomerom hlasov 3:0 (§ 3 ods. 9 zákona č. 757/2004 Z. z. o súdoch a o zmene a doplnení niektorých zákonov). Poučenie: P o u č e n i e : Proti tomuto uzneseniu opravný prostriedok nie je prípustný.</w:t>
      </w:r>
    </w:p>
    <w:p/>
    <w:p>
      <w:r>
        <w:t>Zdroj: KAUZIS.SK – https://www.kauzis.sk/judikatura/r/ECLI:SK:NSSR:2016:7015201282.1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