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4Sžo/41/2015 z 13. 1. 2016</w:t>
      </w:r>
    </w:p>
    <w:p>
      <w:r>
        <w:t>Uznesenie Najvyššieho súdu SR z 13. januára 2016, sp. zn. 4Sžo/41/2015, ECLI:SK:NSSR:2016:8014200219.1</w:t>
      </w:r>
    </w:p>
    <w:p>
      <w:r>
        <w:t>Súd: Najvyšší súd</w:t>
      </w:r>
    </w:p>
    <w:p>
      <w:r>
        <w:t>Spisová značka: 4Sžo/41/2015</w:t>
      </w:r>
    </w:p>
    <w:p>
      <w:r>
        <w:t>ECLI: ECLI:SK:NSSR:2016:8014200219.1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4Sžo/41/2015 Identifikačné číslo súdneho spisu: 8014200219 Dátum vydania rozhodnutia: 14. 01. 2016 Meno a priezvisko sudcu, VSÚ: JUDr. Jana Zemková ECLI: ECLI:SK:NSSR:2016:8014200219.1 Uznesenie Najvyšší súd Slovenskej republiky v právnej veci navrhovateľa: POHOTOVOSŤ, s.r.o., so sídlom Pribinova 25, Bratislava, IČO: 35807598, proti odporcovi: Okresný úrad Stará Ľubovňa, katastrálny odbor, Nám. gen Štefánika 531, Stará Ľubovňa, za účasti: T. O., bytom JT., v konaní pred súdom zast. Q. O., pracovníčkou Okresného súdu Prešov, Grešova 3, Prešov, v konaní o preskúmanie zákonnosti rozhodnutia Správy katastra Stará Ľubovňa č. V 633/13 zo dňa 10. júna 2013, o odvolaní navrhovateľa proti rozsudku Krajského súdu v Prešove č. k. 4Sp/5/2014-25 zo dňa 4. novembra 2014, takto r o z h o d o l : Najvyšší súd Slovenskej republiky odvolacie konanie z a s t a v u j e . Žiaden z účastníkov n e m á p r á v o na náhradu trov odvolacieho konania. o d ô v o d n e n i e : Rozsudkom Krajského súdu v Prešove č.k. 4Sp/5/2014-25 zo dňa 4. novembra 2014 bolo potvrdené rozhodnutie odporcu, ktorý rozhodnutím č. V 633/13 zo dňa 10. júna 2013 zamietol návrh na vklad zmluvy o zriadení záložného práva uzavretej medzi navrhovateľom a T. O.. Proti rozsudku krajského súdu podal včas navrhovateľ odvolanie, ktoré bolo predložené na rozhodnutie najvyššiemu súdu. Pred rozhodnutím o odvolaní, vzal navrhovateľ svoje odvolanie podaním zo dňa 09.11.2015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 Poučenie: Proti tomuto uzneseniu n i e j e prípustný opravný prostriedok.</w:t>
      </w:r>
    </w:p>
    <w:p/>
    <w:p>
      <w:r>
        <w:t>Zdroj: KAUZIS.SK – https://www.kauzis.sk/judikatura/r/ECLI:SK:NSSR:2016:8014200219.1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