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1So/95/2014 z 18. 1. 2016</w:t>
      </w:r>
    </w:p>
    <w:p>
      <w:r>
        <w:t>Rozsudok Najvyššieho súdu SR z 18. januára 2016, sp. zn. 1So/95/2014, ECLI:SK:NSSR:2016:8014200482.1</w:t>
      </w:r>
    </w:p>
    <w:p>
      <w:r>
        <w:t>Súd: Najvyšší súd</w:t>
      </w:r>
    </w:p>
    <w:p>
      <w:r>
        <w:t>Spisová značka: 1So/95/2014</w:t>
      </w:r>
    </w:p>
    <w:p>
      <w:r>
        <w:t>ECLI: ECLI:SK:NSSR:2016:8014200482.1</w:t>
      </w:r>
    </w:p>
    <w:p>
      <w:r>
        <w:t>Dátum vydania: 18. 1. 2016</w:t>
      </w:r>
    </w:p>
    <w:p>
      <w:r>
        <w:t>Forma: Rozsudok</w:t>
      </w:r>
    </w:p>
    <w:p>
      <w:r>
        <w:t>Oblasť práva: Správne právo</w:t>
      </w:r>
    </w:p>
    <w:p>
      <w:pPr>
        <w:pStyle w:val="Heading2"/>
      </w:pPr>
      <w:r>
        <w:t>Text rozhodnutia</w:t>
      </w:r>
    </w:p>
    <w:p>
      <w:r>
        <w:t>Súd: Najvyšší súd Spisová značka: 1So/95/2014 Identifikačné číslo súdneho spisu: 8014200482 Dátum vydania rozhodnutia: 19. 01. 2016 Meno a priezvisko sudcu, VSÚ: JUDr. Elena Berthotyová ECLI: ECLI:SK:NSSR:2016:8014200482.1 ROZSUDOK V MENE SLOVENSKEJ REPUBLIKY Najvyšší súd Slovenskej republiky v senáte zloženom z predsedníčky senátu JUDr. Eleny Berthotyovej, PhD. a členov senátu JUDr. Ing. Miroslava Gavalca, PhD. a JUDr. Igora Belka, v právnej veci navrhovateľa: L. U., narodený dňa XX.XX.XXXX, H. XX, P., proti odporkyni: Sociálna poisťovňa - ústredie, Ul. 29. augusta 8, Bratislava, o preskúmanie rozhodnutia odporkyne č. XXX XXX XXXX X zo dňa 02.12.2013 o zamietnutí žiadosti o priznanie invalidného dôchodku, o odvolaní navrhovateľa proti rozsudku Krajského súdu v Prešove č. k. 2Sd/26/2014-16 zo dňa 14.05.2014, takto r o z h o d o l : Najvyšší súd Slovenskej republiky rozsudok Krajského súdu v Prešove č. k. 2Sd/26/2014-16 zo dňa 14. mája 2014 p o t v r d z u j e . Účastníkom náhradu trov odvolacieho konania n e p r i z n á v a . o d ô v o d n e n i e : Krajský súd napadnutým rozsudkom s poukazom na ustanovenie § 250q ods. 2 zákona č. 99/1963 Zb. Občiansky súdny poriadok (ďalej len „O.s.p.") potvrdil rozhodnutie odporkyne č. XXX XXX XXXX X zo dňa 02.12.2013, ktorým podľa § 70 ods. 1 zákona č. 461/2003 Z. z. o sociálnom poistení v znení neskorších predpisov (ďalej len „zákon o sociálnom poistení") a podľa čl. 46 nariadenia (ES) Európskeho parlamentu a Rady č. 883/2004 o koordinácii systémov sociálneho zabezpečenia (ďalej len „Nariadenie“) zamietla žiadosť navrhovateľa o invalidný dôchodok s odôvodnením, že podľa posudku posudkového lekára sociálneho poistenia, pobočky Poprad nie je invalidný, lebo pre dlhodobo nepriaznivý zdravotný stav nemá pokles schopnosti vykonávať zárobkovú činnosť o viac ako 40 % v porovnaní so zdravou fyzickou osobou. Krajský súd v odôvodnení svojho rozhodnutia poznamenal, že na základe posúdenia zdravotného stavu navrhovateľa posudkovými lekármi bola stanovená miera poklesu schopnosti vykonávať zárobkovú činnosť na 25%. Uviedol, že podľa jeho názoru sú závery posudkových lekárov logické, pričom vychádzajú z komplexného posúdenia zdravotného stavu navrhovateľa s poukazom k miere poklesu pracovnej schopnosti na základe predložených odborných vyšetrení a nálezov, ktoré sa nachádzajú v zdravotnej dokumentácii navrhovateľa, ktoré sú obsahom posudkového spisu. Dodal, že navrhovateľ nepredložil také odborné lekárske nálezy, ktoré by odôvodňovali zmenu, resp. zrušenie napadnutého rozhodnutia z dôvodu nedostatočne zisteného skutkového stavu zo strany odporkyne, pretože podľa posúdenia zdravotného stavu navrhovateľa posudkovými lekármi k zhoršeniu rozhodujúceho zdravotného postihnutia u navrhovateľa nedošlo, tak ako vyplýva z predložených odborných lekárskych nálezov. Keďže navrhovateľ nemal pokles schopnosti vykonávať zárobkovú činnosť o viac ako 40 % v porovnaní so zdravou fyzickou osobou, považoval rozhodnutie odporkyne, keď z dôvodu nesplnenia zákonnom stanovených podmienok uvedených v § 70 a § 71 zákona o sociálnom poistení zamietla žiadosť navrhovateľa o priznanie invalidného dôchodku zo dňa 30.08.2013, za správne a v súlade so zákonom. Preto preskúmavané rozhodnutie odporkyne ako vecne správne a zákonné potvrdil. Proti rozsudku krajského súdu podal navrhovateľ včas odvolanie, podanie ktorého odôvodnil tým, že je naďalej presvedčený o tom, že jeho dlhodobo nepriaznivý zdravotný stav mu nedovoľuje plnohodnotne vykonávať zárobkovú činnosť, a že miera poklesu schopnosti je v jeho prípade vyššia ako 25%. Skonštatoval, že jeho zdravotný stav sa od úrazu len zhoršuje a pri výkone i tej najmenej namáhavej práce cíti bolesť hornej končatiny. Záverom prejavil ochotu absolvovať ďalšie lekárske vyšetrenia na posúdenie jeho zdravotného stavu. Odporkyňa sa k odvolaniu v stanovenej lehote nevyjadrila. Najvyšší súd Slovenskej republiky ako súd odvolací podľa § 10 ods. 2 O.s.p., napadnutý rozsudok súdu prvého stupňa spolu s konaním, ktoré mu predchádzalo preskúmal a jednomyseľne dospel k záveru, že odvolaniu navrhovateľa nemožno vyhovieť. Rozhodol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19.01.2016 (§ 156 ods. 1 a 3 O.s.p.).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Podľa § 71 ods. 3 prvej vety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Mieru poklesu schopnosti vykonávať zárobkovú činnosť určenú podľa odseku 6 možno zvýšiť najviac o 10 %, ak závažnosť ostatných zdravotných postihnutí ovplyvňuje pokles schopnosti vykonávať zárobkovú činnosť (§ 71 ods. 8 zákona o sociálnom poistení). Predmetom súdneho konania bolo preskúmanie zákonnosti rozhodnutia odporkyne o zamietnutí žiadosti navrhovateľa o priznanie invalidného dôchodku. Z dávkového spisu odporkyne vyplýva, že navrhovateľ dňa 30.10.2013 požiadal o invalidný dôchodok. Jeho žiadosť bola zamietnutá preskúmavaným rozhodnutím odporkyne č. XXX XXX XXXX X zo dňa 02.12.2013 s odôvodnením, že nie je invalidný podľa § 70 ods. 1 zákona o sociálnom poistení a podľa čl. 46 Nariadenia, pretože podľa záverov posudkového lekára Sociálnej poisťovne, pobočky Poprad zo dňa 30.10.2013 nemá pokles schopnosti vykonávať zárobkovú činnosť o viac ako 40 % v porovnaní so zdravou fyzickou osobou (v posudku bola ustálená jeho miera poklesu schopnosti vykonávať zárobkovú činnosť na 25%). V rámci konania o opravnom prostriedku navrhovateľa proti predmetnému rozhodnutiu odporkyne bol zdravotný stav navrhovateľa opätovne posúdený posudkovým lekárom sociálneho poistenia Sociálnej poisťovne ústredie, vysunuté pracovisko Poprad dňa 28.03.2014, ktorý po zhodnotení obsahu opravného prostriedku nezistil dôvody na zmenu posudku; mieru poklesu schopnosti vykonávať zárobkovú činnosť opakovane určil na 25 % za rozhodujúce zdravotné postihnutie podľa kapitoly XV, oddiel G, položka 26a - strata troch prstov ruky dominantnej (3.- 5. prsta), čo je maximálna možná hodnota v zmysle zákona. V lekárskej správe boli vymenované všetky podklady relevantné z hľadiska posúdenia zdravotného stavu navrhovateľa s tým, že navrhovateľ vlastnoručným podpisom potvrdil, že predložil všetky odborné lekárske nálezy a iné k dispozícii nemá. Pretože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aj s prihliadnutím na námietky žiadateľa o invalidný dôchodok. O objektívnosti, odbornej úrovni a úplnosti záverov posudkov posudkových orgánov, ktoré boli v zásade zhodné, odvolací súd nemal dôvod pochybovať. Navrhovateľ síce v odvolaní vyjadril svoj nesúhlas s určenou mierou poklesu schopnosti vykonávať zárobkovú činnosť, ale dôvody odvolania sú zhodné s obsahom opravného prostriedku, ku ktorým sa posudkový lekár v lekárskej správe podrobne vyjadril. Odvolací súd má za to, že posudkový lekár sa v dostatočnom rozsahu vyrovnal so všetkými skutočnosťami, ktoré boli podkladom pre jeho rozhodnutie, z obsahu posudku je zrejmá jeho úvaha, na základe ktorej dospel k určeniu rozhodujúceho zdravotného postihnutia a k nemu prislúchajúcej miery poklesu schopnosti vykonávať zárobkovú činnosť. Pretože navrhovateľ v odvolaní neuviedol žiadne nové skutočnosti, nebol dôvod spochybniť závery lekárskych vyšetrení, ani dôvod na ďalšie posudzovanie zdravotného stavu. Z vyššie uvedených dôvodov aj odvolací súd považoval zdravotný stav navrhovateľa po devastačnom poranení pravej ruky za stabilizovaný, pričom kvalita úchopovej schopnosti pravej ruky navrhovateľa je síce znížená, avšak nedošlo k jej strate. Rozhodnutie odporkyne tak považuje odvolací súd za zákonné a preto rozsudok krajského súdu ako vecne správny podľa § 219 O.s.p. potvrdil. Žiada sa však poznamenať, že preskúmavané rozhodnutie o zamietnutí žiadosti navrhovateľa o invalidný dôchodok nevylučuje možnosť navrhovateľa opätovne požiadať o priznanie invalidného dôchodku a o nové preskúmanie miery poklesu schopnosti vykonávať zárobkovú činnosť, ak by v budúcnosti došlo k významnému zhoršeniu jeho zdravotného stavu, čo by preukazovali nové lekárske správy. O trovách odvolacieho konania odvolací súd rozhodol tak, ako je uvedené vo výroku tohto rozsudku, lebo navrhovateľ v odvolacom konaní nebol úspešný a odporkyni náhrada trov nepatrí zo zákona. Poučenie: Proti tomuto rozsudku n i e j e prípustný opravný prostriedok.</w:t>
      </w:r>
    </w:p>
    <w:p/>
    <w:p>
      <w:r>
        <w:t>Zdroj: KAUZIS.SK – https://www.kauzis.sk/judikatura/r/ECLI:SK:NSSR:2016:8014200482.1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