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4Sžo/228/2015 z 3. 10. 2016</w:t>
      </w:r>
    </w:p>
    <w:p>
      <w:r>
        <w:t>Uznesenie Najvyššieho súdu SR z 3. októbra 2016, sp. zn. 4Sžo/228/2015, ECLI:SK:NSSR:2016:8014201241.1</w:t>
      </w:r>
    </w:p>
    <w:p>
      <w:r>
        <w:t>Súd: Najvyšší súd</w:t>
      </w:r>
    </w:p>
    <w:p>
      <w:r>
        <w:t>Spisová značka: 4Sžo/228/2015</w:t>
      </w:r>
    </w:p>
    <w:p>
      <w:r>
        <w:t>ECLI: ECLI:SK:NSSR:2016:8014201241.1</w:t>
      </w:r>
    </w:p>
    <w:p>
      <w:r>
        <w:t>Dátum vydania: 3. 10. 2016</w:t>
      </w:r>
    </w:p>
    <w:p>
      <w:r>
        <w:t>Forma: Uznesenie</w:t>
      </w:r>
    </w:p>
    <w:p>
      <w:pPr>
        <w:pStyle w:val="Heading2"/>
      </w:pPr>
      <w:r>
        <w:t>Text rozhodnutia</w:t>
      </w:r>
    </w:p>
    <w:p>
      <w:r>
        <w:t>Súd: Najvyšší súd Spisová značka: 4Sžo/228/2015 Identifikačné číslo súdneho spisu: 8014201241 Dátum vydania rozhodnutia: 04. 10. 2016 Meno a priezvisko sudcu, VSÚ: JUDr. Jana Zemková ECLI: ECLI:SK:NSSR:2016:8014201241.1 Uznesenie Najvyšší súd Slovenskej republiky v právnej veci navrhovateľa: POHOTOVOSŤ, s.r.o., so sídlom Pribinova 25, Bratislava, IČO: 35 807 598, proti odporcovi: Okresný úrad Vranov nad Topľou, katastrálny odbor, so sídlom Kalinčiakova 878, Vranov nad Topľou, za účasti: O.W., bytom A., o preskúmanie zákonnosti rozhodnutia a postupu odporcu č. V 926/2014/Vs-1 zo dňa 31. júla 2014, konajúc o odvolaní proti rozsudku Krajského súdu v Prešove č.k. 1Sp/32/2014-30 zo dňa 19. marca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O.W.. Proti rozsudku krajského súdu podal včas navrhovateľ odvolanie, ktoré bolo predložené na rozhodnutie najvyššiemu súdu. Pred rozhodnutím o odvolaní, vzal navrhovateľ svoje odvolanie podaním zo dňa 6. júna 2016 späť a žiadal konanie zastaviť bez priznania práva účastníkom na náhradu trov konania. Podľa § 246c ods. 1 Občianskeho súdneho poriadku (ďalej len O.s.p.) pre riešenie otázok, ktoré nie sú upravené priamo v tejto časti, sa použijú primerane ustanovenia prvej, tretej a štvrtej časti tohto zákona. Podľa § 207 ods. 3 O.s.p. ak sa odvolanie, o ktorom nebolo rozhodnuté, vzalo späť, odvolací súd odvolacie konanie zastaví. Podľa citovaných ustanovení O.s.p. - § 246c ods. 1 O.s.p. v spojení s § 207 ods. 3 O.s.p., odvolací súd konanie zastavil. O trovách odvolacieho konania súd rozhodol tak, že účastníkom nepriznal náhradu trov konania s poukazom na § 246c ods. 1 O.s.p. v spojení s § 224 ods. 1 O.s.p. a § 146 ods. 1 písm. c/ O.s.p.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Poučenie: Proti tomuto uzneseniu n i e j e prípustný opravný prostriedok.</w:t>
      </w:r>
    </w:p>
    <w:p/>
    <w:p>
      <w:r>
        <w:t>Zdroj: KAUZIS.SK – https://www.kauzis.sk/judikatura/r/ECLI:SK:NSSR:2016:8014201241.1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