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10Sžo/94/2016 z 26. 10. 2016</w:t>
      </w:r>
    </w:p>
    <w:p>
      <w:r>
        <w:t>Uznesenie Najvyššieho súdu SR z 26. októbra 2016, sp. zn. 10Sžo/94/2016, ECLI:SK:NSSR:2016:8014201340.1</w:t>
      </w:r>
    </w:p>
    <w:p>
      <w:r>
        <w:t>Súd: Najvyšší súd</w:t>
      </w:r>
    </w:p>
    <w:p>
      <w:r>
        <w:t>Spisová značka: 10Sžo/94/2016</w:t>
      </w:r>
    </w:p>
    <w:p>
      <w:r>
        <w:t>ECLI: ECLI:SK:NSSR:2016:8014201340.1</w:t>
      </w:r>
    </w:p>
    <w:p>
      <w:r>
        <w:t>Dátum vydania: 26. 10. 2016</w:t>
      </w:r>
    </w:p>
    <w:p>
      <w:r>
        <w:t>Forma: Uznesenie</w:t>
      </w:r>
    </w:p>
    <w:p>
      <w:pPr>
        <w:pStyle w:val="Heading2"/>
      </w:pPr>
      <w:r>
        <w:t>Text rozhodnutia</w:t>
      </w:r>
    </w:p>
    <w:p>
      <w:r>
        <w:t>Súd: Najvyšší súd Spisová značka: 10Sžo/94/2016 Identifikačné číslo súdneho spisu: 8014201340 Dátum vydania rozhodnutia: 27. 10. 2016 Meno a priezvisko sudcu, VSÚ: JUDr. Elena Berthotyová ECLI: ECLI:SK:NSSR:2016:8014201340.1 Uznesenie Najvyšší súd Slovenskej republiky v právnej veci žalobcov: 1/ S. G., narodený dňa XX.XX.XXXX, Z., 2/ W. G., narodená dňa XX.XX.XXXX, Z., právne zastúpených: JUDr. Lýdia Farbakyová, advokát, Floriánova 12, Prešov, proti žalovanému: Okresný úrad Prešov, odbor výstavby a bytovej politiky, Námestie mieru 3, Prešov, za účasti: 1/ Ing. O. D., Z., právne zastúpenému: JUDr. Daniela Straková, advokát, Konštantinova 6, Prešov, 2/ PhDr. J. D., Z., 3/ Z. D., Z. 4/ Y. T., Z., o návrhu na zrušenie uznesenia Krajského súdu v Prešove č. k. 2S/68/2014-30 zo dňa 26.02.2015 o odklade vykonateľnosti rozhodnutia žalovaného č. OU-PO-OVBP2-2014/29031/80168/ŠSS-Ka zo dňa 29.09.2014, na odvolanie účastníkov konania v 1/ a 2/ rade proti uzneseniu Krajského súdu v Prešove č. k. 2S/68/2014-115 zo dňa 01.07.2015, takto r o z h o d o l : Najvyšší súd Slovenskej republiky odvolanie účastníkov konania v 1/ a 2/ rade o d m i e t a. Účastníkom právo na náhradu trov odvolacieho konania n e p r i z n á v a . o d ô v o d n e n i e : Krajský súd v Prešove uznesením č. k. 2S/68/2014-115 zo dňa 01.07.2015 odmietol opravný prostriedok účastníkov v 1/ a 2/ rade, ktorým sa títo domáhali zrušenie uznesenia Krajského súdu v Prešove č. k. 2S/68/2014-30 zo dňa 26.02.2015 o odklade vykonateľnosti rozhodnutia žalovaného č. OU-PO- OVBP2-2014/29031/80168/ŠSS-Ka zo dňa 29.09.2014. Účastníkom nepriznal právo na náhradu trov konania. Proti uzneseniu krajského súdu podali účastníci v 1/ a 2/ rade odvolanie z dôvodu podľa § 205 ods. 2 písm. a) O.s.p. s tým, že v konaní došlo k vadám, ktoré majú za následok zmätočnosť rozhodnutia. Namietali, že nemohli podať odvolanie, keďže ani neobdržali predmetné uznesenie. Poznamenali, že podali legitímny návrh, o ktorom mal súd meritórne rozhodnúť a nie tento odmietnuť ako neprípustný opravný prostriedok, preto žiadali, aby odvolací súd napadnuté uznesenie zrušil a meritórne rozhodol o ich návrhu. Najvyšší súd Slovenskej republiky ako súd odvolací (§ 10 ods. 2 O.s.p.) preskúmal vec bez nariadenia pojednávania (§ 214 ods. 2 O.s.p.) a dospel jednomyseľne k záveru, že odvolanie účastníkov v 1/ a 2/ rade smeruje proti rozhodnutiu, proti ktorému nie je odvolanie prípustné, a preto ho bolo potrebné v zmysle ustanovenia § 218 ods. 1 písm. c) O.s.p. odmietnuť. Podľa § 244 ods. 1 O.s.p., v správnom súdnictve súdy na základe žalôb alebo opravných prostriedkov preskúmavajú zákonnosť rozhodnutí a postupov orgánov verejnej správy. Z výroku uznesenia Krajského súdu v Prešove č. k. 2S/68/2014-115 zo dňa 01.07.2015 odvolací súd zistil, že krajský súd odmietol opravný prostriedok účastníkov konania v 1/ a 2/ rade podľa § 246c ods. 1 veta druhá O.s.p. v spojení s § 250c ods. 1 O.s.p. Podľa § 246c ods. 1 veta druhá O.s.p. je opravný prostriedok prípustný, len ak je to ustanovené v piatej časti. Podľa § 250c ods. 1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Podľa § 218 ods. 1 písm. c) O.s.p. odvolací súd odmietne odvolanie, ktoré smeruje proti rozhodnutiu, proti ktorému nie je odvolanie prípustné. Skutočnosť, že súd prvého stupňa odmietol podanie účastníkov konania v 1/ a 2/ rade podľa § 246c ods. 1 veta druhá O.s.p. v spojení s § 250c ods. 1 O.s.p. má za následok, že odvolanie proti takémuto rozhodnutiu súdu podľa § 246c ods. 1 veta druhá O.s.p. nie je prípustné. Na uvedený záver by nemalo vplyv ani nesprávne poučenie, uvedené v písomnom vyhotovení rozsudku súdu prvého stupňa o prípustnosti odvolania, lebo takéto nesprávne poučenie nezakladá právo na jeho uplatnenie. Rovnaký názor vyjadril aj Ústavný súd Slovenskej republiky v náleze č. k. II. ÚS 181/2011-35 zo dňa 14.09.2011, v ktorom s odvolaním sa na § 246c ods. 1 vetu druhú O.s.p. uviedol, že vzhľadom na toto ustanovenie je v konaní podľa piatej časti Občianskeho súdneho poriadku akýkoľvek opravný prostriedok (teda aj odvolanie proti výroku o odmietnutí opravného prostriedku) prípustný iba vtedy, keď je to v tejto časti výslovne ustanovené. Odvolací súd dáva do pozornosti, že účastníci konania v 1/ a 2/ rade boli do predmetného konania pribratý uznesením Krajského súdu v Prešove č. k. 2S/68/2014-33 zo dňa 20.03.2015, teda až po vydaní a doručení napadnutého uznesenia o odklade vykonateľnosti rozhodnutia žalovaného č. OU- PO-OVBP2-2014/29031/80168/ŠSS-Ka zo dňa 29.09.2014. Krajský súd tak postupoval v súlade s ustanovením § 168 ods. 2 O.s.p., keď napadnuté uznesenie zo dňa 20.03.2015 doručil všetkým vtedajším účastníkom konania (právnemu zástupcovi žalobcov a žalovanému). Najvyšší súd Slovenskej republiky musí v ďalšom uviesť, že aj keby došlo k pribratiu účastníkov konania v 1/ a 2/ rade predtým, než vydal rozhodnutie o odklade vykonateľnosti rozhodnutia žalovaného zo dňa 29.09.201 a toto im následne ako pribratým účastníkom doručoval, nič by sa nemenilo na tom, že proti predmetnému rozhodnutiu zákon nepripúšťa podanie opravného prostriedku (§ 250c ods. 1 O.s.p. v spojení s § 246c ods. 1 veta druhá O.s.p.) Vo vzťahu k námietke účastníkov konania v 1/ a 2/ rade o tom, že súd prvého stupňa nesprávne posúdil ich návrh na zrušenie uznesenia ako opravný prostriedok, odvolací súd uvádza, že návrh na zrušenie uznesenie nie je možné vyhodnotiť inak ako opravný prostriedok s tým, že aj odvolací súd v zmysle § 41 ods. 2 O.s.p. považuje predmetný návrh za opravný prostriedok. Vzhľadom na vyššie uvedené skutočnosti musel Najvyšší súd Slovenskej republiky odvolanie účastníkov konania v 1/ a 2/ rade proti uzneseniu Krajského súdu v Prešove č. k. 2S/68/2014-115 zo dňa 01.07.2015 odmietnuť podľa § 218 ods. 1 písm. c) O.s.p. v spojení s § 246c ods. 1 veta prvá O.s.p. ako odvolanie smerujúce proti rozhodnutiu, proti ktorému odvolanie nie je prípustné. O náhrade trov odvolacieho konania rozhodol Najvyšší súd Slovenskej republiky podľa § 246c ods. 1 veta prvá O.s.p. v spojení s § 224 ods. 1 O.s.p. a analogicky podľa § 146 ods. 1 písm. c) O.s.p. a vyslovil, že žiaden z účastníkov nemá právo na náhradu trov konania, keďže výsledok konania je obdobný, ako pri zastavení konania. S poukazom na ustanovenie § 492 ods. 2 zákona č. 162/2015 Z. z. Správny súdny poriadok postupoval odvolací súd v konaní podľa predpisov účinných do 30.06.2016 (zákona č. 99/1963 Zb. Občiansky súdny poriadok). Poučenie: Proti tomuto uzneseniu n i e j e prípustný opravný prostriedok.</w:t>
      </w:r>
    </w:p>
    <w:p/>
    <w:p>
      <w:r>
        <w:t>Zdroj: KAUZIS.SK – https://www.kauzis.sk/judikatura/r/ECLI:SK:NSSR:2016:8014201340.1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