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2Sžo/219/2015 z 25. 10. 2016</w:t>
      </w:r>
    </w:p>
    <w:p>
      <w:r>
        <w:t>Uznesenie Najvyššieho súdu SR z 25. októbra 2016, sp. zn. 2Sžo/219/2015, ECLI:SK:NSSR:2016:8015200239.1</w:t>
      </w:r>
    </w:p>
    <w:p>
      <w:r>
        <w:t>Súd: Najvyšší súd</w:t>
      </w:r>
    </w:p>
    <w:p>
      <w:r>
        <w:t>Spisová značka: 2Sžo/219/2015</w:t>
      </w:r>
    </w:p>
    <w:p>
      <w:r>
        <w:t>ECLI: ECLI:SK:NSSR:2016:8015200239.1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2Sžo/219/2015 Identifikačné číslo súdneho spisu: 8015200239 Dátum vydania rozhodnutia: 26. 10. 2016 Meno a priezvisko sudcu, VSÚ: JUDr. Elena Kováčová ECLI: ECLI:SK:NSSR:2016:8015200239.1 Uznesenie Najvyšší súd Slovenskej republiky v právnej veci navrhovateľa: POHOTOVOSŤ, s.r.o., so sídlom Pribinova 25, Bratislava, IČO: 35 807 598, proti odporcovi: Okresný úrad Prešov, katastrálny odbor, so sídlom Konštantínova 6, Prešov, za účasti: M. C., bytom Y. XXX, o preskúmanie rozhodnutia odporcu č. V 8381/2014-Bu zo dňa 7. januára 2015, na odvolanie navrhovateľa proti rozsudku Krajského súdu v Prešove č. k. 5Sp/10/2015-24 zo dňa 30. júla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8381/2014-Bu zo dňa 7. januára 2015, ktorým podľa § 31 ods. 3 zákona č. 162/1995 Z.z.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3. októbra 2016, doručeným Najvyššiemu súdu Slovenskej republiky dňa 10. októbra 2016, vzal v celom rozsahu späť a žiadal konanie zastaviť. Dňom 1. júla 2016 nadobudol účinnosť zákon č. 162/2015 Z.z.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c) O.s.p. a § 246c ods. 1 veta prvá O.s.p. Poučenie: Proti tomuto uzneseniu opravný prostriedok nie je prípustný.</w:t>
      </w:r>
    </w:p>
    <w:p/>
    <w:p>
      <w:r>
        <w:t>Zdroj: KAUZIS.SK – https://www.kauzis.sk/judikatura/r/ECLI:SK:NSSR:2016:8015200239.1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