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7Sžo/191/2015 z 24. 2. 2016</w:t>
      </w:r>
    </w:p>
    <w:p>
      <w:r>
        <w:t>Uznesenie Najvyššieho súdu SR z 24. februára 2016, sp. zn. 7Sžo/191/2015, ECLI:SK:NSSR:2016:8015200436.1</w:t>
      </w:r>
    </w:p>
    <w:p>
      <w:r>
        <w:t>Súd: Najvyšší súd</w:t>
      </w:r>
    </w:p>
    <w:p>
      <w:r>
        <w:t>Spisová značka: 7Sžo/191/2015</w:t>
      </w:r>
    </w:p>
    <w:p>
      <w:r>
        <w:t>ECLI: ECLI:SK:NSSR:2016:8015200436.1</w:t>
      </w:r>
    </w:p>
    <w:p>
      <w:r>
        <w:t>Dátum vydania: 24. 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7Sžo/191/2015 Identifikačné číslo súdneho spisu: 8015200436 Dátum vydania rozhodnutia: 25. 02. 2016 Meno a priezvisko sudcu, VSÚ: JUDr. Zdenka Reisenauerová ECLI: ECLI:SK:NSSR:2016:8015200436.1 Uznesenie Najvyšší súd Slovenskej republiky v právnej veci navrhovateľa: POHOTOVOSŤ, s.r.o. so sídlom Pribinova 25, Bratislava, IČO: 35 807 598, proti odporcovi: Okresný úrad Vranov nad Topľou, odbor katastrálny, so sídlom Kalinčiakova 878, Vranov nad Topľou, za účasti: J. B. R., nar. XX.XX.XXXX, bytom B. V. XX/XX, P. B. O., v konaní o preskúmanie zákonnosti postupu a rozhodnutia odporcu zo dňa 13. februára 2015, č. V 62/2015-Vs, o odvolaní navrhovateľa proti rozsudku Krajského súdu v Prešove, č. k. 2Sp/24/2015-21 zo dňa 17. júna 2015 takto r o z h o d o l : Najvyšší súd Slovenskej republiky odvolacie konanie z a s t a v u j e . Žiaden z účastníkov n e m á p r á v o na náhradu trov odvolacieho konania. o d ô v o d n e n i e : Krajský súd v Prešove rozsudkom, č. k. 2Sp/24/2015-21 zo dňa 17. júna 2015 potvrdil rozhodnutie odporcu zo dňa 13. februára 2015, č. V 62/2015-Vs. Náhradu trov konania účastníkom nepriznal.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O.s.p., neúspechom navrhovateľa v konaní. Proti uvedenému rozhodnutiu krajského súdu podal navrhovateľ v zákonnej lehote odvolanie. Navrhoval, aby odvolací súd napadnuté rozhodnutie súdu prvého stupňa zmenil tak, že preskúmavané rozhodnutie správneho orgánu Okresného úradu Vranov nad Topľou, odbor katastrálny, zruší a vec mu vráti na ďalšie konanie. Uplatnil si náhradu trov konania. Navrhovateľ v priebehu odvolacieho konania pred rozhodnutím odvolacieho súdu písomným podaním doručeným súdu dňa 23.11.2015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 v spojení s § 10 ods. 2, podľa § 246c ods.1 v spojení s § 207 ods. 3 odvolacie konanie zastavil. O náhrade trov odvolacieho konania odvolací súd rozhodol podľa ustanovenia § 246c O.s.p. v spojení s § 224 ods. 1 a s § 146 ods. 1 písm. c/.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 z. o súdoch a o zmene a doplnení niektorých zákonov v znení účinnom od 1. mája 2011). Poučenie: Proti tomuto uzneseniu n i e j e prípustný opravný prostriedok.</w:t>
      </w:r>
    </w:p>
    <w:p/>
    <w:p>
      <w:r>
        <w:t>Zdroj: KAUZIS.SK – https://www.kauzis.sk/judikatura/r/ECLI:SK:NSSR:2016:8015200436.1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