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8Sžr/67/2016 z 24. 8. 2016</w:t>
      </w:r>
    </w:p>
    <w:p>
      <w:r>
        <w:t>Uznesenie Najvyššieho súdu SR z 24. augusta 2016, sp. zn. 8Sžr/67/2016, ECLI:SK:NSSR:2016:8015200577.1</w:t>
      </w:r>
    </w:p>
    <w:p>
      <w:r>
        <w:t>Súd: Najvyšší súd</w:t>
      </w:r>
    </w:p>
    <w:p>
      <w:r>
        <w:t>Spisová značka: 8Sžr/67/2016</w:t>
      </w:r>
    </w:p>
    <w:p>
      <w:r>
        <w:t>ECLI: ECLI:SK:NSSR:2016:8015200577.1</w:t>
      </w:r>
    </w:p>
    <w:p>
      <w:r>
        <w:t>Dátum vydania: 24.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8Sžr/67/2016 Identifikačné číslo súdneho spisu: 8015200577 Dátum vydania rozhodnutia: 25. 08. 2016 Meno a priezvisko sudcu, VSÚ: JUDr. Jaroslava Fúrová ECLI: ECLI:SK:NSSR:2016:8015200577.1 Uznesenie Najvyšší súd Slovenskej republiky v právnej veci navrhovateľa: POHOTOVOSŤ, s.r.o., so sídlom Pribinova 25, 811 09 Bratislava, IČO: 35 807 598, proti odporcovi: Okresný úrad Prešov, katastrálny odbor, so sídlom Konštantínova 6, Prešov, za účasti: S., o opravnom prostriedku proti rozhodnutiu odporcu č. V-221/2015-V zo dňa 09.02.2015, o odvolaní navrhovateľa proti rozsudku Krajského súdu v Prešove č. k. 6Sp/31/2015-15 zo dňa 07.10.2015,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V-221/2015-V zo dňa 09.02.2015,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05.08.2016, doručeným Najvyššiemu súdu Slovenskej republiky dňa 12.08.2016,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konania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 o u č e n i e : Proti tomuto uzneseniu opravný prostriedok nie je prípustný.</w:t>
      </w:r>
    </w:p>
    <w:p/>
    <w:p>
      <w:r>
        <w:t>Zdroj: KAUZIS.SK – https://www.kauzis.sk/judikatura/r/ECLI:SK:NSSR:2016:8015200577.1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