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7Sžr/104/2016 z 19. 10. 2016</w:t>
      </w:r>
    </w:p>
    <w:p>
      <w:r>
        <w:t>Uznesenie Najvyššieho súdu SR z 19. októbra 2016, sp. zn. 7Sžr/104/2016, ECLI:SK:NSSR:2016:8015200742.1</w:t>
      </w:r>
    </w:p>
    <w:p>
      <w:r>
        <w:t>Súd: Najvyšší súd</w:t>
      </w:r>
    </w:p>
    <w:p>
      <w:r>
        <w:t>Spisová značka: 7Sžr/104/2016</w:t>
      </w:r>
    </w:p>
    <w:p>
      <w:r>
        <w:t>ECLI: ECLI:SK:NSSR:2016:8015200742.1</w:t>
      </w:r>
    </w:p>
    <w:p>
      <w:r>
        <w:t>Dátum vydania: 19. 10. 2016</w:t>
      </w:r>
    </w:p>
    <w:p>
      <w:r>
        <w:t>Forma: Uznesenie</w:t>
      </w:r>
    </w:p>
    <w:p>
      <w:r>
        <w:t>Oblasť práva: Správne právo</w:t>
      </w:r>
    </w:p>
    <w:p>
      <w:pPr>
        <w:pStyle w:val="Heading2"/>
      </w:pPr>
      <w:r>
        <w:t>Text rozhodnutia</w:t>
      </w:r>
    </w:p>
    <w:p>
      <w:r>
        <w:t>Súd: Najvyšší súd Spisová značka: 7Sžr/104/2016 Identifikačné číslo súdneho spisu: 8015200742 Dátum vydania rozhodnutia: 20. 10. 2016 Meno a priezvisko sudcu, VSÚ: JUDr. Zdenka Reisenauerová ECLI: ECLI:SK:NSSR:2016:8015200742.1 Uznesenie Najvyšší súd Slovenskej republiky v právnej veci navrhovateľa: POHOTOVOSŤ, s.r.o. so sídlom Pribinova 25, Bratislava, IČO: 35 807 598, proti odporcovi: Okresný úrad Kežmarok, odbor katastrálny, so sídlom Baštová 16/A, Kežmarok, za účasti účastníka správneho konania: Y. X., bytom U. X., I. XXX/ XX, v konaní o preskúmanie zákonnosti postupu a rozhodnutia odporcu zo dňa 22. mája 2015, č. OU-KK- KO-V 741/2015/Kr, o odvolaní navrhovateľa proti rozsudku Krajského súdu v Prešove, č. k. 4Sp/37/2015 - 24 zo dňa 22. decembra 2015, takto r o z h o d o l : Najvyšší súd Slovenskej republiky odvolacie konanie z a s t a v u j e . Žiaden z účastníkov n e m á p r á v o na náhradu trov odvolacieho konania. o d ô v o d n e n i e : Krajský súd v Prešove rozsudkom č. k. 4Sp/37/2015 - 24 zo dňa 22. decembra 2015 potvrdil rozhodnutie odporcu zo dňa 22. mája 2015, č. OU-KK-KO-V 741/2015/Kr. Náhradu trov konania účastníkom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250l ods. 2 O.s.p., neúspechom navrhovateľa v konaní a záložca a odporca zo zákona nemajú právo na náhradu trov konania. Proti uvedenému rozhodnutiu krajského súdu podal navrhovateľ v zákonnej lehote odvolanie. Navrhoval, aby odvolací súd napadnuté rozhodnutie súdu prvého stupňa zmenil tak, že preskúmavané rozhodnutie správneho orgánu Okresného úradu v Kežmarku, odbor katastrálny, zruší a vec mu vráti na ďalšie konanie. Uplatnil si náhradu trov konania. Navrhovateľ v priebehu odvolacieho konania pred rozhodnutím odvolacieho súdu písomným podaním doručeným súdu dňa 24. augusta 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ods.1 a s § 146 ods. 1 písm. c/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01.05.2011). Poučenie: Proti tomuto uzneseniu n i e j e prípustný opravný prostriedok.</w:t>
      </w:r>
    </w:p>
    <w:p/>
    <w:p>
      <w:r>
        <w:t>Zdroj: KAUZIS.SK – https://www.kauzis.sk/judikatura/r/ECLI:SK:NSSR:2016:8015200742.1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