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8Sžr/42/2016 z 13. 12. 2016</w:t>
      </w:r>
    </w:p>
    <w:p>
      <w:r>
        <w:t>Uznesenie Najvyššieho súdu SR z 13. decembra 2016, sp. zn. 8Sžr/42/2016, ECLI:SK:NSSR:2016:8015200751.1</w:t>
      </w:r>
    </w:p>
    <w:p>
      <w:r>
        <w:t>Súd: Najvyšší súd</w:t>
      </w:r>
    </w:p>
    <w:p>
      <w:r>
        <w:t>Spisová značka: 8Sžr/42/2016</w:t>
      </w:r>
    </w:p>
    <w:p>
      <w:r>
        <w:t>ECLI: ECLI:SK:NSSR:2016:8015200751.1</w:t>
      </w:r>
    </w:p>
    <w:p>
      <w:r>
        <w:t>Dátum vydania: 13.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8Sžr/42/2016 Identifikačné číslo súdneho spisu: 8015200751 Dátum vydania rozhodnutia: 14. 12. 2016 Meno a priezvisko sudcu, VSÚ: Mgr. Peter Melicher ECLI: ECLI:SK:NSSR:2016:8015200751.1 Uznesenie Najvyšší súd Slovenskej republiky v právnej veci navrhovateľa: Pohotovosť, s.r.o., so sídlom Pribinova 25, Bratislava, IČO: 35 807 598, proti odporcovi: Okresný úrad Kežmarok, katastrálny odbor, so sídlom Baštová 16/A, Kežmarok, za účasti: L., v konaní o preskúmanie zákonnosti rozhodnutia odporcu č. OU- KK-KO- V 820/2015/Kr zo dňa 29.05.2015, v konaní o odvolaní navrhovateľa proti rozsudku Krajského súdu v Prešove č. k. 6Sp/38/2015-22 zo dňa 04.11.2015, takto r o z h o d o l : Najvyšší súd Slovenskej republiky odvolacie konanie z a s t a v u j e . Žiaden z účastníkov nemá právo na náhradu trov odvolacieho konania. o d ô v o d n e n i e : Napadnutým rozsudkom Krajský súd v Prešove potvrdil rozhodnutie odporcu č. OU-KK-KO- V 820/2015/ Kr zo dňa 29.05.2015,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21.11.2016, doručeným Najvyššiemu súdu Slovenskej republiky dňa 25.11.2016, vzal v celom rozsahu späť a žiadal konanie zastaviť. Dňom 01.07.2016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a § 246c ods. 1 veta prvá O.s.p.. Poučenie: Proti tomuto uzneseniu opravný prostriedok nie je prípustný.</w:t>
      </w:r>
    </w:p>
    <w:p/>
    <w:p>
      <w:r>
        <w:t>Zdroj: KAUZIS.SK – https://www.kauzis.sk/judikatura/r/ECLI:SK:NSSR:2016:8015200751.1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