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7Nds/4/2016 z 3. 5. 2016</w:t>
      </w:r>
    </w:p>
    <w:p>
      <w:r>
        <w:t>Uznesenie Najvyššieho súdu SR z 3. mája 2016, sp. zn. 7Nds/4/2016, ECLI:SK:NSSR:2016:8015201110.1</w:t>
      </w:r>
    </w:p>
    <w:p>
      <w:r>
        <w:t>Súd: Najvyšší súd</w:t>
      </w:r>
    </w:p>
    <w:p>
      <w:r>
        <w:t>Spisová značka: 7Nds/4/2016</w:t>
      </w:r>
    </w:p>
    <w:p>
      <w:r>
        <w:t>ECLI: ECLI:SK:NSSR:2016:8015201110.1</w:t>
      </w:r>
    </w:p>
    <w:p>
      <w:r>
        <w:t>Dátum vydania: 3. 5. 2016</w:t>
      </w:r>
    </w:p>
    <w:p>
      <w:r>
        <w:t>Forma: Uznesenie</w:t>
      </w:r>
    </w:p>
    <w:p>
      <w:r>
        <w:t>Oblasť práva: Správne právo</w:t>
      </w:r>
    </w:p>
    <w:p>
      <w:pPr>
        <w:pStyle w:val="Heading2"/>
      </w:pPr>
      <w:r>
        <w:t>Text rozhodnutia</w:t>
      </w:r>
    </w:p>
    <w:p>
      <w:r>
        <w:t>Súd: Najvyšší súd Spisová značka: 7Nds/4/2016 Identifikačné číslo súdneho spisu: 8015201110 Dátum vydania rozhodnutia: 04. 05. 2016 Meno a priezvisko sudcu, VSÚ: JUDr. Zdenka Reisenauerová ECLI: ECLI:SK:NSSR:2016:8015201110.1 Uznesenie Najvyšší súd Slovenskej republiky v právnej veci žalobcu: S. M. S., r. č. XXXXXX/XXXX, bytom C. XXX, XX-XXX C., C. M., zastúpený: advokát JUDr. Dušan Remeta, so sídlom Masarykova 2, 080 01 Prešov, proti žalovanej: Sociálna poisťovňa, ústredie, so sídlom ul. 29. augusta, 8 a 10, Bratislava, o preskúmanie zákonnosti rozhodnutia Sociálnej poisťovni pobočka Košice sp. zn. 63617-2/2013-KEM zo dňa 19. apríla 2013 a o návrhu Krajského súdu v Prešove na určenie miestne príslušného súdu na prejednanie a rozhodnutie veci, takto r o z h o d o l : Najvyšší súd Slovenskej republiky podľa § 11 ods. 3 O.s.p. v spojení s § 246c ods. 1, veta prvá O.s.p. určuje, že na prejednanie a rozhodnutie veci je miestne príslušný Krajský súd v Košiciach. o d ô v o d n e n i e : Žalobca žalobou podanou na Krajský súd v Prešove dňa 26. novembra 2015 sa domáhal preskúmania zákonnosti rozhodnutia a postupu Sociálnej poisťovni pobočka Košice sp. zn. 63617-2/2013-KEM zo dňa 19. apríla 2013, žiadajúc ho zrušiť a vec vrátiť žalovanému na ďalšie konanie. Krajský súd v Prešove uvedenú vec predložil Najvyššiemu súdu Slovenskej republiky na rozhodnutie podľa § 11 ods. 3 O.s.p. o určení, ktorý súd vec prejedná a rozhodne. Najvyšší súd Slovenskej republiky podľa § 246c ods. 1 vety prvej O.s.p. v spojení s § 11 ods. 3. O.s.p. preskúmal vec predloženú Krajským súdom v Prešove a dospel k názoru, že sú splnené podmienky na určenie súdu na prejednanie a rozhodnutie v predmetnej veci. Podľa § 246c ods. 1, veta prvá O.s.p. pre riešenie otázok, ktoré nie sú priamo upravené v tejto časti, sa použijú primerane ustanovenia prvej, tretej a štvrtej časti tohto zákona. Podľa ust. § 11 ods. 1, 3 O.s.p. konanie sa uskutočňuje na tom súde, ktorý je vecne a miestne príslušný. Príslušnosť sa určuje podľa okolností, ktoré tu sú v čase začatia konania, a trvá až do jeho skončenia. Ak ide o vec, ktorá patrí do právomoci súdov Slovenskej republiky, ale podmienky miestnej príslušnosti chýbajú alebo ich nemožno zistiť, Najvyšší súd Slovenskej republiky, určí ktorý súd vec prejedná a rozhodne. Z obsahu predloženého spisového materiálu vyplýva, že žalobca podaním doručeným Krajskému súdu Prešove dňa 26. novembra 2015 sa domáha preskúmania zákonnosti rozhodnutia a postupu Sociálnej poisťovni pobočka Košice sp. zn. 63617-2/2013-KEM zo dňa 19. apríla 2013, žiadajúc ho zrušiť a vec vrátiť žalovanému na ďalšie konanie. Žalobca nemá na území Slovenskej republiky všeobecný súd, keďže tu nemá bydlisko ani sídlo. Podľa ust. § 244 ods. 1, 2, 3, 6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Primerane podľa ustanovení tejto časti konajú a rozhodujú súdy aj vtedy, ak to ustanoví osobitný predpis alebo ak preskúmanie rozhodnutí orgánov verejnej správy vyplýva z medzinárodných zmlúv, ktorými je Slovenská republika viazaná. Podľa § 246 ods. 1,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85 ods. 1, 2 O.s.p. všeobecným súdom občana je súd, v obvode ktorého má občan bydlisko, a ak nemá bydlisko, súd v obvode ktorého sa združuje. Všeobecným súdom právnickej osoby je súd, v obvode ktorého má právnická osoba sídlo. V zmysle citovaných ustanovení Občianskeho súdneho poriadku vyplýva, že pri rozhodovaní o žalobách podľa druhej hlavy piatej časti Občianskeho súdneho poriadku je miestne príslušným na prejednanie veci a jej rozhodnutie, ak ide o rozhodnutie orgánu s pôsobnosťou pre celé územie Slovenskej republiky, krajský súd, v obvode ktorého je všeobecný súd navrhovateľa (okrem ústredných orgánov štátnej správy). Najvyšší súd zistil, že v danom prípade podmienky miestnej príslušnosti chýbajú, keďže žalobca je občanom Poľskej republiky a na území Slovenskej republiky nemá bydlisko a ani sa tu nezdržuje. Z uvedených dôvodov senát Najvyššieho súdu Slovenskej republiky v zmysle § 246c ods. 1 veta prvá O.s.p. v spojení s § 11 ods. 3 jednomyseľne určil, že na prejednanie a rozhodnutie v danej veci je príslušným Krajský súd v Košiciach tak, ako je uvedené vo výroku tohto rozhodnutia, vychádzajúc zo zásady hospodárnosti a účelnosti konania, keďže z predloženého spisu zistil, že v danom prípade v prvom stupňa rozhodla Sociálna poisťovňa - pobočka Košice. Poučenie: Proti tomuto uzneseniu n i e j e prípustný opravný prostriedok.</w:t>
      </w:r>
    </w:p>
    <w:p/>
    <w:p>
      <w:r>
        <w:t>Zdroj: KAUZIS.SK – https://www.kauzis.sk/judikatura/r/ECLI:SK:NSSR:2016:8015201110.1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