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1Cdo/562/2015 z 28. 9. 2016</w:t>
      </w:r>
    </w:p>
    <w:p>
      <w:r>
        <w:t>Uznesenie Najvyššieho súdu SR z 28. septembra 2016, sp. zn. 1Cdo/562/2015, ECLI:SK:NSSR:2016:8514200053.1</w:t>
      </w:r>
    </w:p>
    <w:p>
      <w:r>
        <w:t>Súd: Najvyšší súd</w:t>
      </w:r>
    </w:p>
    <w:p>
      <w:r>
        <w:t>Spisová značka: 1Cdo/562/2015</w:t>
      </w:r>
    </w:p>
    <w:p>
      <w:r>
        <w:t>ECLI: ECLI:SK:NSSR:2016:8514200053.1</w:t>
      </w:r>
    </w:p>
    <w:p>
      <w:r>
        <w:t>Dátum vydania: 28.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1Cdo/562/2015 Identifikačné číslo súdneho spisu: 8514200053 Dátum vydania rozhodnutia: 29. 09. 2016 Meno a priezvisko sudcu, VSÚ: JUDr. Ján Šikuta ECLI: ECLI:SK:NSSR:2016:8514200053.1 Uznesenie Najvyšší súd Slovenskej republiky v právnej veci žalobkyne POHOTOVOSŤ, s.r.o., so sídlom v Bratislave, Pribinova č. 25, IČO: 35 807 598, zastúpenej advokátskou kanceláriou Fridrich Paľko, s.r.o., so sídlom v Bratislave, Grösslingova č. 4, v mene ktorej koná ako konateľ a advokát doc. JUDr. Branislav Fridrich, PhD., proti žalovanej Slovenskej republike, za ktorú koná Ministerstvo spravodlivosti Slovenskej republiky, so sídlom v Bratislave, Župné nám. č. 13, IČO: 00 166 073, o náhradu majetkovej a nemajetkovej ujmy, vedenej na Okresnom súde Stará Ľubovňa pod sp. zn. 6 C 4/2014, o dovolaní žalobkyne proti uzneseniu Krajského súdu v Prešove z 15. júla 2015, sp. zn. 2 Co 136/2015, takto r o z h o d o l : I. Dovolanie o d m i e t a. II. Žalovaná má nárok na náhradu trov dovolacieho konania. o d ô v o d n e n i e : 1. Najvyšší súd Slovenskej republiky (ďalej len „dovolací súd“) ako súd dovolací [(§ 35 zákona č. 160/2015 Z.z. Civilný sporový poriadok (ďalej len „C.s.p.)], po zistení, že dovolanie podala včas strana sporu zastúpená v súlade s § 429 ods. 1 C.s.p., bez nariadenia dovolacieho pojednávania (§ 443 C.s.p.) preskúmal vec a dospel k záveru, že dovolanie žalobkyne je potrebné odmietnuť, pretože smeruje proti rozhodnutiu, proti ktorému nie je dovolanie prípustné (§ 447 písm. c/ C.s.p.). 2. Vzhľadom k tomu, že dovolanie bolo podané pred 1. júlom 2016, t.j. za účinnosti zákona č. 99/1963 Zb. Občiansky súdny poriadok v znení neskorších predpisov (ďalej len „O.s.p.), dovolací súd postupoval v zmysle ustanovenia § 470 ods. 2 C.s.p. (na základe ktorého právne účinky úkonov, ktoré nastali v konaní predo dňom nadobudnutia účinnosti tohto zákona, zostávajú zachované) a prípustnosť dovolania posudzoval v zmysle § 236, § 237 ods. 1 a § 239 O.s.p. 3. Na odôvodnenie svojho záveru dovolací súd v zmysle § 451 ods. 3 C.s.p. stručne uvádza, že nakoľko ide o dovolanie podané žalobkyňou v obdobnej veci, aká už bola v počte aspoň päť predmetom konania pred dovolacím súdom na základe skoršieho dovolania tej istej dovolateľky, pričom bola v týchto konaniach podrobne riešená aj otázka prípustnosti a dôvodnosti jej dovolania - porovnaj konania vedené na dovolacom súde pod sp. zn. 3 Cdo 180/2014, 3 Cdo 275/2014, 3 Cdo 333/2014, 3 Cdo 374/2014, 3 Cdo 428/2014, 5 Cdo 301/2014, 5 Cdo 390/2014, 5 Cdo 365/2014, 7 Cdo 398/2014, 7 Cdo 466/2014, dovolací súd sa s odôvodneniami týchto rozhodnutí, ktoré boli vydané v týchto konaniach, v celom rozsahu stotožňuje a poukazuje na ne. V zmysle § 452 ods. 1 C.s.p. už ďalšie dôvody neuvádza. 4. So zreteľom na vyššie uvedené preto dovolací súd dovolanie žalobkyne proti rozhodnutiu odvolacieho súdu podľa § 447 písm. c/ C.s.p. ako procesne neprípustné odmietol bez toho, aby sa mohol zaoberať dôvodnosťou dovolania. 5. O trovách dovolacieho konania rozhodol najvyšší súd podľa § 451 ods. 3 C.s.p. v spojení s § 262 ods. 2 a § 255 ods. 1 C.s.p. 6. Toto rozhodnutie prijal senát pomerom hlasov 3 : 0. Poučenie: Proti tomuto uzneseniu nie je prípustný opravný prostriedok.</w:t>
      </w:r>
    </w:p>
    <w:p/>
    <w:p>
      <w:r>
        <w:t>Zdroj: KAUZIS.SK – https://www.kauzis.sk/judikatura/r/ECLI:SK:NSSR:2016:8514200053.1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