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2Sžo/72/2014 z 16. 2. 2016</w:t>
      </w:r>
    </w:p>
    <w:p>
      <w:r>
        <w:t>Uznesenie Najvyššieho súdu SR z 16. februára 2016, sp. zn. 2Sžo/72/2014, ECLI:SK:NSSR:2016:9013010076.2</w:t>
      </w:r>
    </w:p>
    <w:p>
      <w:r>
        <w:t>Súd: Najvyšší súd</w:t>
      </w:r>
    </w:p>
    <w:p>
      <w:r>
        <w:t>Spisová značka: 2Sžo/72/2014</w:t>
      </w:r>
    </w:p>
    <w:p>
      <w:r>
        <w:t>ECLI: ECLI:SK:NSSR:2016:9013010076.2</w:t>
      </w:r>
    </w:p>
    <w:p>
      <w:r>
        <w:t>Dátum vydania: 16. 2.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2Sžo/72/2014 Identifikačné číslo súdneho spisu: 9013010076 Dátum vydania rozhodnutia: 17. 02. 2016 Meno a priezvisko sudcu, VSÚ: JUDr. Elena Kováčová ECLI: ECLI:SK:NSSR:2016:9013010076.2 Uznesenie Najvyšší súd Slovenskej republiky v právnej veci žalobcu: I. B., bytom B. č. XXX, právne zastúpeného: JUD. Sylvia Barciová, advokátka, so sídlom Komenského 6331/1F, Dunajská Streda, proti žalovanému: Ministerstvo dopravy, výstavby a regionálneho rozvoja SR, odbor štátnej stavebnej správy, so sídlom Námestie slobody 6, Bratislava, za účasti: Ing. D. F., CSc. a RNDr. M. F., obaja bytom B. č. XX, právne zastúpení: JUDr. Milan Čápka, advokát, so sídlom Grösslingova 6-8, Bratislava, o preskúmanie rozhodnutia žalovaného č. 13104/2013/B622-SV-23769/Šu-2 zo dňa 08. apríla 2013, o odvolaní žalobcu proti rozsudku Krajského súdu v Bratislave zo dňa 15. mája 2014, č. k. 1S 175/2013-103 a proti uzneseniu Krajského súdu v Bratislave č. k. 1S/175/2013-115 zo dňa 23. júna 2014, takto r o z h o d o l : Najvyšší súd Slovenskej republiky konanie o odvolaní žalobcu proti rozsudku Krajského súdu v Bratislave č. k. 1S 175/2013-103 zo dňa 15. mája 2014 z a s t a v u j e . Najvyšší súd Slovenskej republiky uznesenie Krajského súdu v Bratislave č. k. 1S/175/2013-115 zo dňa 23. júna 2014 z r u š u j e. Žiaden z účastníkov nemá právo na náhradu trov odvolacieho konania. o d ô v o d n e n i e : Krajský súd v Bratislave rozsudkom z 15. mája 2014, č. k. 1S 175/2013-103 zamietol žalobu, ktorou sa žalobca domáhal preskúmania rozhodnutia žalovaného č. 13104/2013/B622-SV-23769/Šu-2 zo dňa 08. apríla 2013. Napadnutým rozhodnutím bolo vyhovené odvolaniu Ing. D. F., CSc. a bolo zrušené rozhodnutie Obvodného úradu v Trnave, odbor výstavby a bytovej politiky č. KSÚ-OSP-2012/00551/P1, OBÚ-TT-OVVP2-2013/00050 zo dňa 07. januára 2013, ktorým v mimoodvolacom konaní na základe podania žalobcu zrušil rozhodnutie stavebného úradu obce Baka č. 211/2011-006 zo dňa 27. februára 2012, ktorým bola povolená zmena dokončenej stavby „prestavba mlyna na rodinný dom“ na pozemku KN č. 78 k.ú. B. pre stavebníkov Ing. D. F., CSc. a RNDr. M. F.. Proti rozsudku Krajského súdu v Bratislave č. k. 1S/175/2013-103 podal žalobca odvolanie, v ktorom sa domáhal aby odvolací súd zmenil rozsudok krajského súdu tak, že zruší rozhodnutie žalovaného a vec mu vráti na ďalšie konanie. V odvolaní uviedol, že aj naďalej zastáva stanovisko, že rozhodnutím žalovaného sa vytvorila situácia pre obmedzovanie a obťažovanie v užívaní jeho parcely na úrovni, ktorá je nad prípustnou mierou a bol ukrátený na svojich právach, ktoré mu zaručuje čl. 20 ods. 1 Ústavy Slovenskej republiky a ust. § 123 Občianskeho zákonníka. Spolu s podaním odvolania žalobca zaplatil kolkovými známkami súdny poplatok za odvolanie v sume 35 €. Krajský súd v Bratislave uznesením č. k. 1S/175/2013-115 zo dňa 23. júna 2014 vyzval žalobcu na doplatenie súdneho poplatku za podané odvolanie v sume 35 € (pol. 10b sadzobníka súdnych poplatkov). Proti tomuto uzneseniu podal žalobca odvolanie doručené krajskému súdu 10. júla 2014, v ktorom žiadal, aby súd nesprávne rozhodnutie o poplatkovej povinnosti zrušil. Podaním z 26. januára 2016, doručeným odvolaciemu súdu 28. januára 2016, žalobca vzal odvolanie proti rozsudku Krajského súdu v Bratislave sp. zn. 1S/175/2013 v celom rozsahu späť. Najvyšší súd Slovenskej republiky ako súd odvolací (§ 10 ods. 2 OSP v spojení s § 246c ods. 1 veta prvá OSP) vec preskúmal bez nariadenia pojednávania podľa § 214 ods. 2 OSP a dospel k záveru, že zanikli dôvody pre pokračovanie v odvolacom konaní. Ak sa odvolanie, o ktorom nebolo rozhodnuté vzalo späť, odvolací súd odvolacie konanie zastaví (§ 207 ods. 3 OSP). Odvolací súd vzhľadom na účinné späťvzatie odvolania vo veci samej odvolacie konanie zastavil (§ 207 ods. 2 OSP). Napadnutý rozsudok súdu prvého stupňa tým nadobudol právoplatnosť, ako keby odvolanie nebolo podané (§ 222 OSP). Vzhľadom na skutočnosť, že zastavením odvolacieho konania vo veci preskúmania rozhodnutia žalovaného č. 13104/2013/B622-SV-23769-Šu-2 zo dňa 08. apríla 2013 zanikla súvisiaca poplatková povinnosť (§ 11 ods. 3 zákona č. 71/1992 Zb. o súdnych poplatkoch), Najvyšší súd Slovenskej republiky postupom v zmysle ust. § 221 ods. 1 písm. i/ OSP zrušil rozhodnutie krajského súdu o doplatku súdneho poplatku za odvolanie. Vzhľadom na to, že odvolacie konanie bolo zastavené, Najvyšší súd Slovenskej republiky podľa § 246c OSP v spojení s ust. 224 ods. 1 OSP a § 146 ods. 1 písm. c/ OSP rozhodol o trovách odvolacieho konania tak, že žiadnemu z účastníkov nepriznal právo na ich náhradu. Toto rozhodnutie prijal senát Najvyššieho súdu Slovenskej republiky v pomere hlasov 3:0 (§ 3 ods. 9 veta tretia zákona č. 757/2004 Z. z. o súdoch a o zmene a doplnení niektorých zákonov v znení účinnom od 01. mája 2011). Poučenie: Proti tomuto uzneseniu nie je prípustný opravný prostriedok.</w:t>
      </w:r>
    </w:p>
    <w:p/>
    <w:p>
      <w:r>
        <w:t>Zdroj: KAUZIS.SK – https://www.kauzis.sk/judikatura/r/ECLI:SK:NSSR:2016:9013010076.2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