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9Sk/2/2016 z 29. 11. 2016</w:t>
      </w:r>
    </w:p>
    <w:p>
      <w:r>
        <w:t>Uznesenie Najvyššieho súdu SR z 29. novembra 2016, sp. zn. 9Sk/2/2016, ECLI:SK:NSSR:2016:9016898518.2</w:t>
      </w:r>
    </w:p>
    <w:p>
      <w:r>
        <w:t>Súd: Najvyšší súd</w:t>
      </w:r>
    </w:p>
    <w:p>
      <w:r>
        <w:t>Spisová značka: 9Sk/2/2016</w:t>
      </w:r>
    </w:p>
    <w:p>
      <w:r>
        <w:t>ECLI: ECLI:SK:NSSR:2016:9016898518.2</w:t>
      </w:r>
    </w:p>
    <w:p>
      <w:r>
        <w:t>Dátum vydania: 29. 11. 2016</w:t>
      </w:r>
    </w:p>
    <w:p>
      <w:r>
        <w:t>Forma: Uznesenie</w:t>
      </w:r>
    </w:p>
    <w:p>
      <w:r>
        <w:t>Oblasť práva: Správne právo</w:t>
      </w:r>
    </w:p>
    <w:p>
      <w:pPr>
        <w:pStyle w:val="Heading2"/>
      </w:pPr>
      <w:r>
        <w:t>Text rozhodnutia</w:t>
      </w:r>
    </w:p>
    <w:p>
      <w:r>
        <w:t>Súd: Najvyšší súd Spisová značka: 9Sk/2/2016 Identifikačné číslo súdneho spisu: 9016898518 Dátum vydania rozhodnutia: 30. 11. 2016 Meno a priezvisko sudcu, VSÚ: JUDr. Judita Kokolevská ECLI: ECLI:SK:NSSR:2016:9016898518.2 Uznesenie Najvyšší súd Slovenskej republiky v právnej veci navrhovateľa JUDr. I. U., bytom R., proti odporkyni Sociálnej poisťovni, ústrediu, so sídlom Ul. 29. augusta 8-10, Bratislava, v konaní proti nečinnosti orgánu verejnej správy, o kasačnej sťažnosti navrhovateľa proti uzneseniu Najvyššieho súdu Slovenskej republiky č. k. 1Sžnz/1/2016-26 zo dňa 30. júna 2016, takto r o z h o d o l : Najvyšší súd Slovenskej republiky kasačnú sťažnosť o d m i e t a . o d ô v o d n e n i e : 1. Uznesením č. k. 1Sžnz/1/2016-26 zo dňa 30.06.2016 Najvyšší súd Slovenskej republiky zamietol návrh zo dňa 18.02.2016, nakoľko podľa jeho názoru odporkyňa nebola v konaní nečinná. 2. Navrhovateľ dňa 10.08.2016 podal proti uzneseniu Najvyššieho súdu Slovenskej republiky č. k. 1Sžnz/1/2016-26 z 30.06.2016 odvolanie, ktoré odôvodnil § 221 ods. 1 písm. f/ a h/ O.s.p., čl. 6 ods. 1 Európskeho dohovoru na ochranu základných ľudských práv a slobôd, čl. 48 ods. 2 Ústavy SR, nezákonnosťou a nepreskúmateľnosťou a dodal, že uznesenie je len popisné bez vykonania dôkazov a preverenia skutočností. 3. Podľa § 250t ods. 7 O.s.p. proti rozhodnutiu súdu nie je prípustný opravný prostriedok. 4. Dňom 01.07.2016 nadobudol účinnosť zákon č. 162/2015 Z.z. Správny súdny poriadok („S.s.p.“). 5. Podľa § 438 ods. 1 S.s.p. kasačnou sťažnosťou možno napadnúť právoplatné rozhodnutie krajského súdu. 6. Podľa § 459 písm. c/ S.s.p. kasačný súd uznesením odmietne kasačnú sťažnosť ako neprípustnú, ak smeruje proti rozhodnutiu, proti ktorému kasačná sťažnosť nie je prípustná. 7. Napadnuté uznesenie najvyššieho súdu bolo vydané dňa 30.06.2016, teda za účinnosti Občianskeho súdneho poriadku. Navrhovateľ bol v uznesení správne v súlade s § 250t O.s.p. poučený, že proti tomuto uzneseniu nie je prípustný opravný prostriedok. § 246c ods. 1 O.s.p. výslovne ustanovoval, že proti rozhodnutiu Najvyššieho súdu Slovenskej republiky podľa piatej časti O.s.p. opravný prostriedok nie je prípustný. § 250t ods. 7 O.s.p. explicitne vyjadroval neprípustnosť opravného prostriedku proti akémukoľvek rozhodnutiu súdu v konaní proti nečinnosti orgánu verejnej správy a takéto odvolanie bolo potrebné v zmysle § 218 ods. 1 písm. c/ O.s.p. odmietnuť. 8. Po vydaní napadnutého rozhodnutia najvyššieho súdu nadobudol od 01.07.2016 účinnosť Správny súdny poriadok. Navrhovateľ podal odvolanie dňa 10.08.2016, teda už za účinnosti S.s.p., preto bolo jeho odvolanie potrebné podľa obsahu posúdiť ako kasačnú sťažnosť. Kasačnou sťažnosťou je možné napadnúť len rozhodnutie krajského súdu, nie však rozhodnutie najvyššieho súdu. Na základe uvedeného Najvyšší súd Slovenskej republiky navrhovateľom podanú kasačnú sťažnosť v zmysle § 459 písm. c/ S.s.p. ako neprípustnú odmietol. 9. Navrhovateľ prevzal rozsudok najvyššieho súdu dňa 08.08.2016. Týmto dňom sa stal rozsudok najvyššieho súdu právoplatným a bolo ním právoplatne ukončené súdne konanie proti nečinnosti orgánu verejnej správy podľa štvrtej hlavy piatej časti O.s.p. Poučenie: Proti tomuto uzneseniu nie je prípustný opravný prostriedok.</w:t>
      </w:r>
    </w:p>
    <w:p/>
    <w:p>
      <w:r>
        <w:t>Zdroj: KAUZIS.SK – https://www.kauzis.sk/judikatura/r/ECLI:SK:NSSR:2016:9016898518.2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