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2Sžr/167/2016 z 26. 9. 2017</w:t>
      </w:r>
    </w:p>
    <w:p>
      <w:r>
        <w:t>Uznesenie Najvyššieho súdu SR z 26. septembra 2017, sp. zn. 2Sžr/167/2016, ECLI:SK:NSSR:2017:2015200959.1</w:t>
      </w:r>
    </w:p>
    <w:p>
      <w:r>
        <w:t>Súd: Najvyšší súd</w:t>
      </w:r>
    </w:p>
    <w:p>
      <w:r>
        <w:t>Spisová značka: 2Sžr/167/2016</w:t>
      </w:r>
    </w:p>
    <w:p>
      <w:r>
        <w:t>ECLI: ECLI:SK:NSSR:2017:2015200959.1</w:t>
      </w:r>
    </w:p>
    <w:p>
      <w:r>
        <w:t>Dátum vydania: 26. 9. 2017</w:t>
      </w:r>
    </w:p>
    <w:p>
      <w:r>
        <w:t>Forma: Uznesenie</w:t>
      </w:r>
    </w:p>
    <w:p>
      <w:r>
        <w:t>Oblasť práva: Správne právo</w:t>
      </w:r>
    </w:p>
    <w:p>
      <w:pPr>
        <w:pStyle w:val="Heading2"/>
      </w:pPr>
      <w:r>
        <w:t>Text rozhodnutia</w:t>
      </w:r>
    </w:p>
    <w:p>
      <w:r>
        <w:t>Súd: Najvyšší súd Spisová značka: 2Sžr/167/2016 Identifikačné číslo súdneho spisu: 2015200959 Dátum vydania rozhodnutia: 27. 09. 2017 Meno a priezvisko sudcu, VSÚ: JUDr. Jozef Hargaš ECLI: ECLI:SK:NSSR:2017:2015200959.1 Uznesenie Najvyšší súd Slovenskej republiky v právnej veci navrhovateľa: Pohotovosť, s.r.o., IČO: 35 807 598, so sídlom v Bratislave, Pribinova ul. č. 25, proti odporcovi: Okresný úrad Trnava, katastrálny odbor, Vajanského 2, Trnava, za účasti: R. G., bytom D. XXXX/XX, P., o preskúmanie rozhodnutia odporcu z 29.05.2015, číslo V 882/15-02, o odvolaní navrhovateľa proti rozsudku Krajského súdu v Trnave z 22.07.2016, č. k. 20Sp/37/2015-33, takto r o z h o d o l : Najvyšší súd Slovenskej republiky odvolacie konanie z a s t a v u j e . Žiaden z účastníkov n e m á p r á v o na náhradu trov odvolacieho konania. o d ô v o d n e n i e : Krajský súd v Trnave rozsudkom z 22.07.2016, č. k. 20Sp/37/2015-33, potvrdil rozhodnutie Okresného úradu Trnava z 29.05.2015, číslo V 882/15-02,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pretože bolo zistené, že zmluva bola neplatne uzavretá. Proti rozsudku krajského súdu podal navrhovateľ odvolanie, ktoré podaním z 11.09.2017, doručeným odvolaciemu súdu 18.09.2017, vzal v celom rozsahu späť. Dňom 01.07.2016 nadobudol účinnosť zák.č. 162/2015 Z.z.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1 SSP konania podľa tretej hlavy piatej časti Občianskeho súdneho poriadku začaté predo dňom nadobudnutia účinnosti tohto zákona sa dokončia podľa doterajších predpisov. Podľa § 492 ods. 2 SSP odvolacie konania podľa piatej časti Občianskeho súdneho poriadku začaté predo dňom nadobudnutia účinnosti tohto zákona sa dokončia podľa doterajších predpisov.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https://www.kauzis.sk/judikatura/r/ECLI:SK:NSSR:2017:2015200959.1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