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8Sžr/14/2017 z 29. 11. 2017</w:t>
      </w:r>
    </w:p>
    <w:p>
      <w:r>
        <w:t>Uznesenie Najvyššieho súdu SR z 29. novembra 2017, sp. zn. 8Sžr/14/2017, ECLI:SK:NSSR:2017:2016200100.1</w:t>
      </w:r>
    </w:p>
    <w:p>
      <w:r>
        <w:t>Súd: Najvyšší súd</w:t>
      </w:r>
    </w:p>
    <w:p>
      <w:r>
        <w:t>Spisová značka: 8Sžr/14/2017</w:t>
      </w:r>
    </w:p>
    <w:p>
      <w:r>
        <w:t>ECLI: ECLI:SK:NSSR:2017:2016200100.1</w:t>
      </w:r>
    </w:p>
    <w:p>
      <w:r>
        <w:t>Dátum vydania: 29. 11.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8Sžr/14/2017 Identifikačné číslo súdneho spisu: 2016200100 Dátum vydania rozhodnutia: 30. 11. 2017 Meno a priezvisko sudcu, VSÚ: Mgr. Peter Melicher ECLI: ECLI:SK:NSSR:2017:2016200100.1 Uznesenie Najvyšší súd Slovenskej republiky v právnej veci navrhovateľa: POHOTOVOSŤ, s.r.o., so sídlom Pribinova 25, 811 09 Bratislava, IČO: 35 807 598, proti odporcovi: Okresný úrad Trnava, katastrálny odbor, Vajanského 2, Trnava, za účasti: R., zastúpená opatrovníčkou Bc. C., Trnava, o opravnom prostriedku proti rozhodnutiu odporcu č. V 2622/13-03 zo dňa 28.09.2015, o odvolaní navrhovateľa proti rozsudku Krajského súdu v Trnave č. k. 43Sp/3/2016-69 zo dňa 05.06.2017,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2622/13-03 zo dňa 28.09.2015,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dňa 13.11.2017, doručeným Najvyššiemu súdu Slovenskej republiky dňa 22.11.2017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O.s.p.. Odvolací súd v odvolacom konaní postupoval podľa ustanovení Občianskeho súdneho poriadku, ktorý bol zrušený zákonom č. 160/2015 Z. z. Civilný sporový poriadok (§ 473), ktorý nadobudol účinnosť dňa 01.07.2016. Dňom 01.07.2016 nadobudol účinnosť zákon č. 162/2015 Z. z. Správny súdny poriadok, ktorý v § 491 ods. 1 ustanovil, že ak nie je ďalej ustanovené inak, platí tento zákon aj na konania začaté podľa piatej časti Občianskeho súdneho poriadku predo dňom nadobudnutia jeho účinnosti. Podľa § 492 ods. 1 Správneho súdneho poriadku konanie podľa tretej hlavy piatej časti Občianskeho súdneho poriadku začaté predo dňom nadobudnutia účinnosti tohto zákona sa dokončia podľa doterajších predpisov. Podľa § 492 ods. 2 Správneho súdneho poriadku odvolacie konania podľa piatej časti Občianskeho súdneho poriadku začaté predo dňom nadobudnutia účinnosti tohto zákona sa dokončia podľa doterajších predpisov. V súlade s vyššie uvedenými prechodnými ustanoveniami odvolací súd v predmetnej veci postupoval podľa doterajšieho predpisu, Občianskeho súdneho poriadku.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https://www.kauzis.sk/judikatura/r/ECLI:SK:NSSR:2017:2016200100.1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