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3Sžr/13/2017 z 15. 8. 2017</w:t>
      </w:r>
    </w:p>
    <w:p>
      <w:r>
        <w:t>Uznesenie Najvyššieho súdu SR z 15. augusta 2017, sp. zn. 3Sžr/13/2017, ECLI:SK:NSSR:2017:2016200341.1</w:t>
      </w:r>
    </w:p>
    <w:p>
      <w:r>
        <w:t>Súd: Najvyšší súd</w:t>
      </w:r>
    </w:p>
    <w:p>
      <w:r>
        <w:t>Spisová značka: 3Sžr/13/2017</w:t>
      </w:r>
    </w:p>
    <w:p>
      <w:r>
        <w:t>ECLI: ECLI:SK:NSSR:2017:2016200341.1</w:t>
      </w:r>
    </w:p>
    <w:p>
      <w:r>
        <w:t>Dátum vydania: 15.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3Sžr/13/2017 Identifikačné číslo súdneho spisu: 2016200341 Dátum vydania rozhodnutia: 16. 08. 2017 Meno a priezvisko sudcu, VSÚ: JUDr. Ivan Rumana ECLI: ECLI:SK:NSSR:2017:2016200341.1 Uznesenie Najvyšší súd Slovenskej republiky v právnej veci navrhovateľa: POHOTOVOSŤ, s.r.o., Pribinova 25, Bratislava, IČO: 35 807 598, proti odporcovi: Okresný úrad Senica, katastrálny odbor, Hollého 1596/18A, Senica, za účasti: Y. R., Y., o opravnom prostriedku proti rozhodnutiu odporcu č. V-2193/15-2 zo dňa 18.01.2016, o odvolaní navrhovateľa proti rozsudku Krajského súdu v Trnave č. k. 44Sp/11/2016-38 zo dňa 06.02.2017,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V-2193/15-2 zo dňa 18.01.2016,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10.07.2017, doručeným Najvyššiemu súdu Slovenskej republiky dňa 12.07.2017, vzal v celom rozsahu späť a žiadal konanie zastaviť. Podľa § 492 ods. 1 Správneho súdneho poriadku konania podľa tretej hlavy piatej časti Občianskeho súdneho poriadku začaté predo dňom nadobudnutia účinnosti tohto zákona sa dokončia podľa doterajších predpisov. Podľa § 492 ods. 2 Správneho súdneho poriadku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https://www.kauzis.sk/judikatura/r/ECLI:SK:NSSR:2017:2016200341.1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