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8Sžf/80/2015 z 29. 11. 2017</w:t>
      </w:r>
    </w:p>
    <w:p>
      <w:r>
        <w:t>Uznesenie Najvyššieho súdu SR z 29. novembra 2017, sp. zn. 8Sžf/80/2015, ECLI:SK:NSSR:2017:5015200432.1</w:t>
      </w:r>
    </w:p>
    <w:p>
      <w:r>
        <w:t>Súd: Najvyšší súd</w:t>
      </w:r>
    </w:p>
    <w:p>
      <w:r>
        <w:t>Spisová značka: 8Sžf/80/2015</w:t>
      </w:r>
    </w:p>
    <w:p>
      <w:r>
        <w:t>ECLI: ECLI:SK:NSSR:2017:5015200432.1</w:t>
      </w:r>
    </w:p>
    <w:p>
      <w:r>
        <w:t>Dátum vydania: 29. 11. 2017</w:t>
      </w:r>
    </w:p>
    <w:p>
      <w:r>
        <w:t>Forma: Uznesenie</w:t>
      </w:r>
    </w:p>
    <w:p>
      <w:pPr>
        <w:pStyle w:val="Heading2"/>
      </w:pPr>
      <w:r>
        <w:t>Text rozhodnutia</w:t>
      </w:r>
    </w:p>
    <w:p>
      <w:r>
        <w:t>Súd: Najvyšší súd Spisová značka: 8Sžf/80/2015 Identifikačné číslo súdneho spisu: 5015200432 Dátum vydania rozhodnutia: 30. 11. 2017 Meno a priezvisko sudcu, VSÚ: JUDr. Jaroslava Fúrová ECLI: ECLI:SK:NSSR:2017:5015200432.1 Uznesenie Najvyšší súd Slovenskej republiky v právnej veci žalobcu: TREMA s.r.o., naposledy so sídlom Kragujevská 389, 010 01 Žilina, IČO: 46 229 281, právne zastúpeného Mgr. Karolom Haťapkom, advokátom, P.O.BOX 17, 840 00 Bratislava, proti odporcovi: Finančné riaditeľstvo Slovenskej republiky, so sídlom Lazovná 63, 974 01 Banská Bystrica, v konaní o preskúmanie zákonnosti rozhodnutia žalovaného č. 1100308/1/97033/2015 zo dňa 03.03.2015, o odvolaní žalobcu proti rozsudku Krajského súdu v Žiline č. k. 20S/92/2015-44 zo dňa 29.09.2015, takto r o z h o d o l : Najvyšší súd Slovenskej republiky odvolacie konanie z a s t a v u j e . Žiaden z účastníkov nemá právo na náhradu trov odvolacieho konania. o d ô v o d n e n i e : I. Napadnutým rozsudkom Krajský súd v Žiline zamietol žalobu o preskúmanie zákonnosti rozhodnutia žalovaného č. 1100308/1/97033/2015 zo dňa 03.03.2015, ktorým potvrdil rozhodnutie Daňového úradu Žilina, pobočka Martin č. 9514402/5/5185822/2014/Glö zo dňa 25.11.2014, ktorým podľa § 68 ods. 5 zákona č. 563/2009 Z.z. o správe daní (daňový poriadok) žalobcovi dodatočne vyrubil rozdiel dane z pridanej hodnoty za zdaňovacie obdobie február 2013 v sume 53.617,29 eura. II. Proti rozsudku krajského súdu podal žalobca odvolanie a navrhol jeho zrušenie a vrátenie veci na ďalšie konanie. K podanému odvolaniu sa vyjadril žalovaný vo svojom písomnom vyjadrení zo dňa 13.11.2015, ktorý navrhol rozsudok Krajského súdu v Žiline č. k. 20S/92/2015-44 zo dňa 29.09.2015 potvrdiť. III. Najvyšší súd Slovenskej republiky ako súd odvolací (§ 10 ods. 2 &lt;. Občianskeho súdneho poriadku, ďalej len ,,O.s.p.“) skôr ako pristúpil k vecnému preskúmaniu rozhodnutia súdu prvého stupňa skúmal splnenie procesných podmienok. Podľa § 103 &lt;. O.s.p. kedykoľvek za konania prihliada súd na to, či sú splnené podmienky, za ktorých môže konať vo veci (podmienky konania). Podľa § 104 ods. 1 &lt;. veta prvá O.s.p., ak ide o taký nedostatok podmienky konania, ktorý nemožno odstrániť, súd konanie zastaví. Podľa § 19 &lt;. O.s.p. spôsobilosť byť účastníkom konania má ten, kto má spôsobilosť mať práva a povinnosti; inak len ten, komu ju zákon priznáva. Podľa § 107 ods. 4 &lt;. O.s.p., ak po začatí konania zanikne právnická osoba, súd pokračuje v konaní s jej právnym nástupcom, a ak právneho nástupcu niet, súd konanie zastaví. Podľa § 68 ods. &lt;.6 zákona č. 513/1991 Zb. Obchodný zákonník (ďalej len ,,Obchodný zákonník“) súd na návrh štátneho orgánu, na návrh osoby, ktorá osvedčí právny záujem, alebo aj z vlastného podnetu rozhodne o zrušení spoločnosti, ak a) sa v príslušnom kalendárnom roku nekonalo valné zhromaždenie alebo ak v čase dlhšom ako tri mesiace neboli ustanovené orgány spoločnosti, b) spoločnosť stratí oprávnenie na podnikanie, c) zaniknú predpoklady ustanovené zákonom na vznik spoločnosti, d) spoločnosť poruší povinnosť vytvoriť alebo doplniť rezervný fond podľa tohto zákona, e) spoločnosť porušuje povinnosť podľa § 56 ods. 4, f) spoločnosť nesplnila povinnosť uložiť do zbierky listín individuálnu účtovnú závierku za najmenej dve účtovné obdobia nasledujúce po sebe, g) spoločnosť nespĺňa podmienky podľa § 2 ods. 3. Podľa § 68 ods. &lt;.9 Obchodného zákonníka, ak súd pred vydaním rozhodnutia o zrušení spoločnosti zistí, že spoločnosť nemá obchodný majetok, ktorý by postačoval na náhradu primeraných výdavkov a odmeny za výkon funkcie likvidátora, rozhodne o jej zrušení bez likvidácie. Ak si spoločnosť nesplní povinnosť podľa odseku 6 písm. f), súd má za to, že spoločnosť nemá obchodný majetok, ktorý by postačoval na náhradu primeraných výdavkov a odmeny za výkon funkcie likvidátora, ibaže ten, kto osvedčí právny záujem, preukáže pred rozhodnutím súdu o zrušení spoločnosti opak. Na základe právoplatného rozhodnutia o zrušení spoločnosti bez likvidácie súd vykoná výmaz zrušenej spoločnosti z obchodného registra. Zánik žalobcu ako právnickej osoby podľa obchodného práva sa spravuje ustanovením § 68 ods. 1 &lt;. Obchodného zákonníka, t.j. zaniká ku dňu výmazu z obchodného registra. Z výpisu z Obchodného registra Okresného súdu Žilina, oddiel: Sro, vložka číslo: 55028/L mal najvyšší súd preukázané, že žalobca bol dňom 03.03.2017 ex offo vymazaný z obchodného registra na základe uznesenia Okresného súdu Žilina č.k. 26CbR/227/2015-84 zo dňa 21.12.2016 v zmysle § 68 ods. 9 Obchodného zákonníka. Z uznesenia Okresného súdu Žilina č.k. 26CbR/227/2015-84 zo dňa 21.12.2016 odvolací súd zistil, že okresný súd rozhodol o zrušení spoločnosti vzhľadom na existenciu dôvodov na zrušenie spoločnosti podľa § 68 ods. 6 písm. a/ a f/ Obchodného zákonníka. Žalobca ako právnická osoba zanikol bez právneho nástupcu až po podaní odvolania proti rozhodnutiu súdu prvého stupňa. Včas podané odvolanie procesne legitimovaným účastníkom konania malo za následok suspenzívny - odkladný účinok a rozhodnutie súdu prvého stupňa nenadobudlo právoplatnosť. Súd skúma splnenie procesných podmienok v každom štádiu súdneho konania. Ak po začatí konania zanikne právnická osoba bez právneho nástupcu, strata spôsobilosti byť účastníkom konania (strata procesnej subjektivity) je neodstrániteľnou podmienkou konania a súd musí konanie zastaviť. Vzhľadom na vyššie uvedené a neodstrániteľný nedostatok podmienky konania spočívajúci v nedostatku spôsobilosti žalobcu byť účastníkom konania, ktorú stratil dňom svojho zániku, odvolací súd rozhodol v zmysle § 107 ods. 4 O.s.p. v spojení s § 224 ods. 1 O.s.p. a § 246c ods. 1 veta prvá O.s.p. tak, ako je uvedené vo výrokovej časti tohto uznesenia. O trovách odvolacieho konania rozhodol odvolací súd podľa § 146 ods. 1 písm. c/ O.s.p. v spojení s § 224 ods. 1 O.s.p. a § 246c ods. 1 veta prvá O.s.p.. Odvolací súd v odvolacom konaní postupoval podľa ustanovení Občianskeho súdneho poriadku, ktorý bol zrušený zákonom č. 160/2015 Z.z. Civilný sporový poriadok (§ 473), ktorý nadobudol účinnosť dňa 01.07.2016. Dňom 01.07.2016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Z.z. o súdoch a o zmene a doplnení niektorých zákonov). Poučenie: Proti tomuto uzneseniu opravný prostriedok n i e j e prípustný.</w:t>
      </w:r>
    </w:p>
    <w:p/>
    <w:p>
      <w:r>
        <w:t>Zdroj: KAUZIS.SK – https://www.kauzis.sk/judikatura/r/ECLI:SK:NSSR:2017:5015200432.1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