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6Sžr/24/2017 z 12. 12. 2017</w:t>
      </w:r>
    </w:p>
    <w:p>
      <w:r>
        <w:t>Uznesenie Najvyššieho súdu SR z 12. decembra 2017, sp. zn. 6Sžr/24/2017, ECLI:SK:NSSR:2017:5017200230.1</w:t>
      </w:r>
    </w:p>
    <w:p>
      <w:r>
        <w:t>Súd: Najvyšší súd</w:t>
      </w:r>
    </w:p>
    <w:p>
      <w:r>
        <w:t>Spisová značka: 6Sžr/24/2017</w:t>
      </w:r>
    </w:p>
    <w:p>
      <w:r>
        <w:t>ECLI: ECLI:SK:NSSR:2017:5017200230.1</w:t>
      </w:r>
    </w:p>
    <w:p>
      <w:r>
        <w:t>Dátum vydania: 12. 12.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6Sžr/24/2017 Identifikačné číslo súdneho spisu: 5017200230 Dátum vydania rozhodnutia: 13. 12. 2017 Meno a priezvisko sudcu, VSÚ: JUDr. Jozef Milučký ECLI: ECLI:SK:NSSR:2017:5017200230.1 Uznesenie Najvyšší súd Slovenskej republiky v právnej veci navrhovateľa: POHOTOVOSŤ, s.r.o., so sídlom Pribinova 25, 811 09 Bratislava, IČO: 35 807 598, proti odporcovi: Okresný úrad Kysucké Nové Mesto, katastrálny odbor, Družstevná č. 1052, 024 01 Kysucké Nové Mesto, za účasti: L. F., bytom O. č. XXXX, o opravnom prostriedku proti rozhodnutiu odporcu č. V 1847/2012 zo dňa 10.01.2013, o odvolaní navrhovateľa proti rozsudku Krajského súdu v Žiline, č. k. 28Sa/5/2017 zo dňa 05.09.2017, takto r o z h o d o l : Najvyšší súd Slovenskej republiky odvolacie konanie z a s t a v u j e . Žiaden z účastníkov n e m á p r á v o na náhradu trov odvolacieho konania. o d ô v o d n e n i e : Napadnutým rozsudkom Krajský súd v Žiline potvrdil rozhodnutie odporcu č. V 1847/2012 zo dňa 10.01.2013, ktorým podľa § 31 ods. 3 zákona č. 162/1995 Z. 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zo dňa 21.11.2017, doručeným Najvyššiemu súdu Slovenskej republiky dňa 24.11.2017, vzal v celom rozsahu späť a žiadal konanie zastaviť. Podľa § 246c ods. 1 Občianskeho súdneho poriadku (ďalej len „O.s.p.“) pre riešenie otázok, ktoré nie sú upravené priamo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c) O.s.p. v spojení s § 224 ods. 1 O.s.p. a § 246c ods. 1 veta prvá O.s.p. Toto rozhodnutie prijal Najvyšší súd Slovenskej republiky v senáte pomerom hlasov 3:0 (§ 3 ods. 9 zákona č. 757/2004 Z. z. o súdoch a o zmene a doplnení niektorých zákonov). Poučenie: Proti tomuto uzneseniu n i e j e prípustný opravný prostriedok.</w:t>
      </w:r>
    </w:p>
    <w:p/>
    <w:p>
      <w:r>
        <w:t>Zdroj: KAUZIS.SK – https://www.kauzis.sk/judikatura/r/ECLI:SK:NSSR:2017:5017200230.1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